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5C9FC87" w14:textId="77777777" w:rsidR="007F4C76" w:rsidRPr="00436734" w:rsidRDefault="00000000">
      <w:pPr>
        <w:bidi/>
        <w:spacing w:after="80"/>
        <w:jc w:val="right"/>
        <w:rPr>
          <w:rFonts w:ascii="Arial" w:hAnsi="Arial" w:cs="Arial"/>
          <w:lang w:val="fr-FR"/>
        </w:rPr>
      </w:pPr>
      <w:r w:rsidRPr="00436734">
        <w:rPr>
          <w:rFonts w:ascii="Arial" w:eastAsia="Noto Sans Arabic" w:hAnsi="Arial" w:cs="Arial"/>
          <w:b/>
          <w:sz w:val="23"/>
          <w:rtl/>
        </w:rPr>
        <w:lastRenderedPageBreak/>
        <w:t xml:space="preserve">خطاب الترشيح / التأييد للعضوية الرسمية في </w:t>
      </w:r>
      <w:proofErr w:type="spellStart"/>
      <w:r w:rsidRPr="00436734">
        <w:rPr>
          <w:rFonts w:ascii="Arial" w:eastAsia="Noto Sans Arabic" w:hAnsi="Arial" w:cs="Arial"/>
          <w:b/>
          <w:sz w:val="23"/>
          <w:rtl/>
        </w:rPr>
        <w:t>AfGWG</w:t>
      </w:r>
      <w:proofErr w:type="spellEnd"/>
    </w:p>
    <w:p w14:paraId="40E9BD6E" w14:textId="77777777" w:rsidR="007F4C76" w:rsidRPr="00436734" w:rsidRDefault="00000000">
      <w:pPr>
        <w:bidi/>
        <w:jc w:val="right"/>
        <w:rPr>
          <w:rFonts w:ascii="Arial" w:hAnsi="Arial" w:cs="Arial"/>
          <w:lang w:val="fr-FR"/>
        </w:rPr>
      </w:pPr>
      <w:r w:rsidRPr="00436734">
        <w:rPr>
          <w:rFonts w:ascii="Arial" w:eastAsia="Noto Sans Arabic" w:hAnsi="Arial" w:cs="Arial"/>
          <w:b/>
          <w:sz w:val="16"/>
          <w:rtl/>
        </w:rPr>
        <w:t>[الترويسة الرسمية للجهة]</w:t>
      </w:r>
    </w:p>
    <w:p w14:paraId="6214FE80" w14:textId="77777777" w:rsidR="007F4C76" w:rsidRPr="00436734" w:rsidRDefault="00000000">
      <w:pPr>
        <w:bidi/>
        <w:jc w:val="right"/>
        <w:rPr>
          <w:rFonts w:ascii="Arial" w:hAnsi="Arial" w:cs="Arial"/>
          <w:lang w:val="fr-FR"/>
        </w:rPr>
      </w:pPr>
      <w:r w:rsidRPr="00436734">
        <w:rPr>
          <w:rFonts w:ascii="Arial" w:eastAsia="Noto Sans Arabic" w:hAnsi="Arial" w:cs="Arial"/>
          <w:sz w:val="16"/>
          <w:rtl/>
        </w:rPr>
        <w:t>التاريخ: [اليوم / الشهر / السنة]</w:t>
      </w:r>
    </w:p>
    <w:p w14:paraId="5A7450A9" w14:textId="77777777" w:rsidR="007F4C76" w:rsidRPr="00436734" w:rsidRDefault="00000000">
      <w:pPr>
        <w:bidi/>
        <w:spacing w:after="0"/>
        <w:jc w:val="right"/>
        <w:rPr>
          <w:rFonts w:ascii="Arial" w:hAnsi="Arial" w:cs="Arial"/>
          <w:lang w:val="fr-FR"/>
        </w:rPr>
      </w:pPr>
      <w:r w:rsidRPr="00436734">
        <w:rPr>
          <w:rFonts w:ascii="Arial" w:eastAsia="Noto Sans Arabic" w:hAnsi="Arial" w:cs="Arial"/>
          <w:b/>
          <w:sz w:val="15"/>
          <w:rtl/>
        </w:rPr>
        <w:t>إلى:</w:t>
      </w:r>
    </w:p>
    <w:p w14:paraId="3B474D45" w14:textId="77777777" w:rsidR="007F4C76" w:rsidRPr="00436734" w:rsidRDefault="00000000">
      <w:pPr>
        <w:bidi/>
        <w:spacing w:after="0"/>
        <w:jc w:val="right"/>
        <w:rPr>
          <w:rFonts w:ascii="Arial" w:hAnsi="Arial" w:cs="Arial"/>
          <w:lang w:val="fr-FR"/>
        </w:rPr>
      </w:pPr>
      <w:r w:rsidRPr="00436734">
        <w:rPr>
          <w:rFonts w:ascii="Arial" w:eastAsia="Noto Sans Arabic" w:hAnsi="Arial" w:cs="Arial"/>
          <w:sz w:val="15"/>
          <w:rtl/>
        </w:rPr>
        <w:t>أمانة مجموعة العمل الحكومية لأفرينيك (AfGWG)</w:t>
      </w:r>
    </w:p>
    <w:p w14:paraId="396C1CCB" w14:textId="77777777" w:rsidR="007F4C76" w:rsidRPr="00436734" w:rsidRDefault="00000000">
      <w:pPr>
        <w:bidi/>
        <w:spacing w:after="0"/>
        <w:jc w:val="right"/>
        <w:rPr>
          <w:rFonts w:ascii="Arial" w:hAnsi="Arial" w:cs="Arial"/>
          <w:lang w:val="fr-FR"/>
        </w:rPr>
      </w:pPr>
      <w:r w:rsidRPr="00436734">
        <w:rPr>
          <w:rFonts w:ascii="Arial" w:eastAsia="Noto Sans Arabic" w:hAnsi="Arial" w:cs="Arial"/>
          <w:sz w:val="15"/>
          <w:rtl/>
        </w:rPr>
        <w:t>AFRINIC</w:t>
      </w:r>
    </w:p>
    <w:p w14:paraId="03997197" w14:textId="77777777" w:rsidR="007F4C76" w:rsidRPr="00436734" w:rsidRDefault="00000000">
      <w:pPr>
        <w:bidi/>
        <w:spacing w:after="0"/>
        <w:jc w:val="right"/>
        <w:rPr>
          <w:rFonts w:ascii="Arial" w:hAnsi="Arial" w:cs="Arial"/>
          <w:lang w:val="fr-FR"/>
        </w:rPr>
      </w:pPr>
      <w:r w:rsidRPr="00436734">
        <w:rPr>
          <w:rFonts w:ascii="Arial" w:eastAsia="Noto Sans Arabic" w:hAnsi="Arial" w:cs="Arial"/>
          <w:sz w:val="15"/>
          <w:rtl/>
        </w:rPr>
        <w:t>الطابق الحادي عشر، برج ستاندرد تشارترد</w:t>
      </w:r>
    </w:p>
    <w:p w14:paraId="30A7592A" w14:textId="77777777" w:rsidR="007F4C76" w:rsidRPr="00436734" w:rsidRDefault="00000000">
      <w:pPr>
        <w:bidi/>
        <w:spacing w:after="0"/>
        <w:jc w:val="right"/>
        <w:rPr>
          <w:rFonts w:ascii="Arial" w:hAnsi="Arial" w:cs="Arial"/>
          <w:lang w:val="fr-FR"/>
        </w:rPr>
      </w:pPr>
      <w:proofErr w:type="spellStart"/>
      <w:r w:rsidRPr="00436734">
        <w:rPr>
          <w:rFonts w:ascii="Arial" w:eastAsia="Noto Sans Arabic" w:hAnsi="Arial" w:cs="Arial"/>
          <w:sz w:val="15"/>
          <w:rtl/>
        </w:rPr>
        <w:t>سايبر</w:t>
      </w:r>
      <w:proofErr w:type="spellEnd"/>
      <w:r w:rsidRPr="00436734">
        <w:rPr>
          <w:rFonts w:ascii="Arial" w:eastAsia="Noto Sans Arabic" w:hAnsi="Arial" w:cs="Arial"/>
          <w:sz w:val="15"/>
          <w:rtl/>
        </w:rPr>
        <w:t xml:space="preserve"> سيتي، إيبين</w:t>
      </w:r>
    </w:p>
    <w:p w14:paraId="1F1479A6" w14:textId="77777777" w:rsidR="007F4C76" w:rsidRPr="00436734" w:rsidRDefault="00000000">
      <w:pPr>
        <w:bidi/>
        <w:spacing w:after="0"/>
        <w:jc w:val="right"/>
        <w:rPr>
          <w:rFonts w:ascii="Arial" w:hAnsi="Arial" w:cs="Arial"/>
          <w:lang w:val="fr-FR"/>
        </w:rPr>
      </w:pPr>
      <w:r w:rsidRPr="00436734">
        <w:rPr>
          <w:rFonts w:ascii="Arial" w:eastAsia="Noto Sans Arabic" w:hAnsi="Arial" w:cs="Arial"/>
          <w:sz w:val="15"/>
          <w:rtl/>
        </w:rPr>
        <w:t>موريشيوس</w:t>
      </w:r>
    </w:p>
    <w:p w14:paraId="6F8BA387" w14:textId="77777777" w:rsidR="007F4C76" w:rsidRPr="00436734" w:rsidRDefault="00000000">
      <w:pPr>
        <w:bidi/>
        <w:spacing w:before="40"/>
        <w:jc w:val="right"/>
        <w:rPr>
          <w:rFonts w:ascii="Arial" w:hAnsi="Arial" w:cs="Arial"/>
          <w:lang w:val="fr-FR"/>
        </w:rPr>
      </w:pPr>
      <w:r w:rsidRPr="00436734">
        <w:rPr>
          <w:rFonts w:ascii="Arial" w:eastAsia="Noto Sans Arabic" w:hAnsi="Arial" w:cs="Arial"/>
          <w:b/>
          <w:sz w:val="16"/>
          <w:rtl/>
        </w:rPr>
        <w:t>الموضوع: ترشيح / تأييد للعضوية الرسمية في مجموعة العمل الحكومية لأفرينيك (AfGWG)</w:t>
      </w:r>
    </w:p>
    <w:p w14:paraId="5B0D6428" w14:textId="77777777" w:rsidR="007F4C76" w:rsidRPr="00436734" w:rsidRDefault="00000000">
      <w:pPr>
        <w:bidi/>
        <w:spacing w:after="40"/>
        <w:jc w:val="right"/>
        <w:rPr>
          <w:rFonts w:ascii="Arial" w:hAnsi="Arial" w:cs="Arial"/>
          <w:lang w:val="fr-FR"/>
        </w:rPr>
      </w:pPr>
      <w:r w:rsidRPr="00436734">
        <w:rPr>
          <w:rFonts w:ascii="Arial" w:eastAsia="Noto Sans Arabic" w:hAnsi="Arial" w:cs="Arial"/>
          <w:sz w:val="16"/>
          <w:rtl/>
        </w:rPr>
        <w:t>السادة المحترمون،</w:t>
      </w:r>
    </w:p>
    <w:p w14:paraId="2BC844F3" w14:textId="77777777" w:rsidR="007F4C76" w:rsidRPr="00436734" w:rsidRDefault="00000000">
      <w:pPr>
        <w:bidi/>
        <w:spacing w:after="20"/>
        <w:jc w:val="right"/>
        <w:rPr>
          <w:rFonts w:ascii="Arial" w:hAnsi="Arial" w:cs="Arial"/>
          <w:lang w:val="fr-FR"/>
        </w:rPr>
      </w:pPr>
      <w:r w:rsidRPr="00436734">
        <w:rPr>
          <w:rFonts w:ascii="Arial" w:eastAsia="Noto Sans Arabic" w:hAnsi="Arial" w:cs="Arial"/>
          <w:sz w:val="15"/>
          <w:rtl/>
        </w:rPr>
        <w:t>نيابةً عن [اسم الوزارة / الهيئة التنظيمية / المؤسسة الحكومية / جهة القطاع العام]، يسعدني أن أرشح وأؤيد رسمياً:</w:t>
      </w:r>
    </w:p>
    <w:p w14:paraId="3D09DFC4" w14:textId="77777777" w:rsidR="007F4C76" w:rsidRPr="00436734" w:rsidRDefault="00000000">
      <w:pPr>
        <w:bidi/>
        <w:spacing w:before="20" w:after="20"/>
        <w:jc w:val="right"/>
        <w:rPr>
          <w:rFonts w:ascii="Arial" w:hAnsi="Arial" w:cs="Arial"/>
          <w:lang w:val="fr-FR"/>
        </w:rPr>
      </w:pPr>
      <w:r w:rsidRPr="00436734">
        <w:rPr>
          <w:rFonts w:ascii="Arial" w:eastAsia="Noto Sans Arabic" w:hAnsi="Arial" w:cs="Arial"/>
          <w:sz w:val="19"/>
          <w:rtl/>
        </w:rPr>
        <w:t>الاسم الكامل: [الاسم الكامل للمرشح]</w:t>
      </w:r>
    </w:p>
    <w:p w14:paraId="53D413F6" w14:textId="77777777" w:rsidR="007F4C76" w:rsidRPr="00436734" w:rsidRDefault="00000000">
      <w:pPr>
        <w:bidi/>
        <w:spacing w:before="20" w:after="20"/>
        <w:jc w:val="right"/>
        <w:rPr>
          <w:rFonts w:ascii="Arial" w:hAnsi="Arial" w:cs="Arial"/>
        </w:rPr>
      </w:pPr>
      <w:r w:rsidRPr="00436734">
        <w:rPr>
          <w:rFonts w:ascii="Arial" w:eastAsia="Noto Sans Arabic" w:hAnsi="Arial" w:cs="Arial"/>
          <w:sz w:val="19"/>
          <w:rtl/>
        </w:rPr>
        <w:t>المنصب: [المسمى الوظيفي]</w:t>
      </w:r>
    </w:p>
    <w:p w14:paraId="70DA8644" w14:textId="77777777" w:rsidR="007F4C76" w:rsidRPr="00436734" w:rsidRDefault="00000000">
      <w:pPr>
        <w:bidi/>
        <w:spacing w:before="20" w:after="20"/>
        <w:jc w:val="right"/>
        <w:rPr>
          <w:rFonts w:ascii="Arial" w:hAnsi="Arial" w:cs="Arial"/>
        </w:rPr>
      </w:pPr>
      <w:r w:rsidRPr="00436734">
        <w:rPr>
          <w:rFonts w:ascii="Arial" w:eastAsia="Noto Sans Arabic" w:hAnsi="Arial" w:cs="Arial"/>
          <w:sz w:val="19"/>
          <w:rtl/>
        </w:rPr>
        <w:t>الإدارة/المديرية: [الإدارة، إن وجدت]</w:t>
      </w:r>
    </w:p>
    <w:p w14:paraId="49A2B10D" w14:textId="77777777" w:rsidR="007F4C76" w:rsidRPr="00436734" w:rsidRDefault="00000000">
      <w:pPr>
        <w:bidi/>
        <w:spacing w:before="20" w:after="20"/>
        <w:jc w:val="right"/>
        <w:rPr>
          <w:rFonts w:ascii="Arial" w:hAnsi="Arial" w:cs="Arial"/>
        </w:rPr>
      </w:pPr>
      <w:r w:rsidRPr="00436734">
        <w:rPr>
          <w:rFonts w:ascii="Arial" w:eastAsia="Noto Sans Arabic" w:hAnsi="Arial" w:cs="Arial"/>
          <w:sz w:val="19"/>
          <w:rtl/>
        </w:rPr>
        <w:t>الجهة: [اسم الجهة]</w:t>
      </w:r>
    </w:p>
    <w:p w14:paraId="1F6DCCE4" w14:textId="77777777" w:rsidR="007F4C76" w:rsidRPr="00436734" w:rsidRDefault="00000000">
      <w:pPr>
        <w:bidi/>
        <w:spacing w:before="20" w:after="20"/>
        <w:jc w:val="right"/>
        <w:rPr>
          <w:rFonts w:ascii="Arial" w:hAnsi="Arial" w:cs="Arial"/>
        </w:rPr>
      </w:pPr>
      <w:r w:rsidRPr="00436734">
        <w:rPr>
          <w:rFonts w:ascii="Arial" w:eastAsia="Noto Sans Arabic" w:hAnsi="Arial" w:cs="Arial"/>
          <w:sz w:val="19"/>
          <w:rtl/>
        </w:rPr>
        <w:t>الدولة: [الدولة]</w:t>
      </w:r>
    </w:p>
    <w:p w14:paraId="627F6D04" w14:textId="77777777" w:rsidR="007F4C76" w:rsidRPr="00436734" w:rsidRDefault="00000000">
      <w:pPr>
        <w:bidi/>
        <w:spacing w:before="20" w:after="20"/>
        <w:jc w:val="right"/>
        <w:rPr>
          <w:rFonts w:ascii="Arial" w:hAnsi="Arial" w:cs="Arial"/>
        </w:rPr>
      </w:pPr>
      <w:r w:rsidRPr="00436734">
        <w:rPr>
          <w:rFonts w:ascii="Arial" w:eastAsia="Noto Sans Arabic" w:hAnsi="Arial" w:cs="Arial"/>
          <w:sz w:val="19"/>
          <w:rtl/>
        </w:rPr>
        <w:t>البريد الإلكتروني الرسمي: [عنوان البريد الإلكتروني]</w:t>
      </w:r>
    </w:p>
    <w:p w14:paraId="2AA0CA46" w14:textId="77777777" w:rsidR="007F4C76" w:rsidRPr="00436734" w:rsidRDefault="007F4C76">
      <w:pPr>
        <w:bidi/>
        <w:spacing w:after="0"/>
        <w:jc w:val="right"/>
        <w:rPr>
          <w:rFonts w:ascii="Arial" w:hAnsi="Arial" w:cs="Arial"/>
        </w:rPr>
      </w:pPr>
    </w:p>
    <w:p w14:paraId="757CA436" w14:textId="77777777" w:rsidR="007F4C76" w:rsidRPr="00436734" w:rsidRDefault="00000000">
      <w:pPr>
        <w:bidi/>
        <w:spacing w:after="20"/>
        <w:jc w:val="right"/>
        <w:rPr>
          <w:rFonts w:ascii="Arial" w:hAnsi="Arial" w:cs="Arial"/>
        </w:rPr>
      </w:pPr>
      <w:r w:rsidRPr="00436734">
        <w:rPr>
          <w:rFonts w:ascii="Arial" w:eastAsia="Noto Sans Arabic" w:hAnsi="Arial" w:cs="Arial"/>
          <w:sz w:val="15"/>
          <w:rtl/>
        </w:rPr>
        <w:t>للمشاركة بصفته/بصفتها ممثلاً رسمياً لجهتنا في مجموعة العمل الحكومية لأفرينيك (AfGWG).</w:t>
      </w:r>
    </w:p>
    <w:p w14:paraId="49B4A214" w14:textId="77777777" w:rsidR="007F4C76" w:rsidRPr="00436734" w:rsidRDefault="00000000">
      <w:pPr>
        <w:bidi/>
        <w:spacing w:after="20"/>
        <w:jc w:val="right"/>
        <w:rPr>
          <w:rFonts w:ascii="Arial" w:hAnsi="Arial" w:cs="Arial"/>
        </w:rPr>
      </w:pPr>
      <w:r w:rsidRPr="00436734">
        <w:rPr>
          <w:rFonts w:ascii="Arial" w:eastAsia="Noto Sans Arabic" w:hAnsi="Arial" w:cs="Arial"/>
          <w:sz w:val="15"/>
          <w:rtl/>
        </w:rPr>
        <w:t>نؤكد أن الشخص المذكور أعلاه يتمتع بالتفويض المؤسسي اللازم للمشاركة، نيابةً عن جهتنا وفي إطار مسؤولياته/مسؤولياتها، في أنشطة ومناقشات ومشاورات واجتماعات AfGWG وغيرها من المبادرات ذات الصلة.</w:t>
      </w:r>
    </w:p>
    <w:p w14:paraId="31BAB9D9" w14:textId="77777777" w:rsidR="007F4C76" w:rsidRPr="00436734" w:rsidRDefault="00000000">
      <w:pPr>
        <w:bidi/>
        <w:spacing w:after="20"/>
        <w:jc w:val="right"/>
        <w:rPr>
          <w:rFonts w:ascii="Arial" w:hAnsi="Arial" w:cs="Arial"/>
        </w:rPr>
      </w:pPr>
      <w:r w:rsidRPr="00436734">
        <w:rPr>
          <w:rFonts w:ascii="Arial" w:eastAsia="Noto Sans Arabic" w:hAnsi="Arial" w:cs="Arial"/>
          <w:sz w:val="15"/>
          <w:rtl/>
        </w:rPr>
        <w:t>ونحن نعتبر AfGWG منصةً للحوار والتعاون بين الحكومات الأفريقية والهيئات التنظيمية ومؤسسات القطاع العام وAFRINIC بشأن المسائل المتعلقة بموارد أرقام الإنترنت، وحوكمة الإنترنت، والتنمية الرقمية، وتعزيز منظومة الإنترنت في أفريقيا.</w:t>
      </w:r>
    </w:p>
    <w:p w14:paraId="637898D7" w14:textId="77777777" w:rsidR="007F4C76" w:rsidRPr="00436734" w:rsidRDefault="00000000">
      <w:pPr>
        <w:bidi/>
        <w:spacing w:after="20"/>
        <w:jc w:val="right"/>
        <w:rPr>
          <w:rFonts w:ascii="Arial" w:hAnsi="Arial" w:cs="Arial"/>
        </w:rPr>
      </w:pPr>
      <w:r w:rsidRPr="00436734">
        <w:rPr>
          <w:rFonts w:ascii="Arial" w:eastAsia="Noto Sans Arabic" w:hAnsi="Arial" w:cs="Arial"/>
          <w:sz w:val="15"/>
          <w:rtl/>
        </w:rPr>
        <w:t>وبناءً عليه، فإننا ندعم [السيد/السيدة/الدكتور الاسم الكامل] في المساهمة في أعمال AfGWG وفي تسهيل التواصل، عند الاقتضاء، بين AfGWG وجهتنا.</w:t>
      </w:r>
    </w:p>
    <w:p w14:paraId="248C563C" w14:textId="77777777" w:rsidR="007F4C76" w:rsidRPr="00436734" w:rsidRDefault="00000000">
      <w:pPr>
        <w:bidi/>
        <w:spacing w:after="20"/>
        <w:jc w:val="right"/>
        <w:rPr>
          <w:rFonts w:ascii="Arial" w:hAnsi="Arial" w:cs="Arial"/>
        </w:rPr>
      </w:pPr>
      <w:r w:rsidRPr="00436734">
        <w:rPr>
          <w:rFonts w:ascii="Arial" w:eastAsia="Noto Sans Arabic" w:hAnsi="Arial" w:cs="Arial"/>
          <w:sz w:val="15"/>
          <w:rtl/>
        </w:rPr>
        <w:t>ويظل هذا الترشيح سارياً ما لم تُبلغ جهتنا أمانة AfGWG رسمياً بأي تغيير.</w:t>
      </w:r>
    </w:p>
    <w:p w14:paraId="36D50561" w14:textId="77777777" w:rsidR="007F4C76" w:rsidRPr="00436734" w:rsidRDefault="00000000">
      <w:pPr>
        <w:bidi/>
        <w:spacing w:after="20"/>
        <w:jc w:val="right"/>
        <w:rPr>
          <w:rFonts w:ascii="Arial" w:hAnsi="Arial" w:cs="Arial"/>
        </w:rPr>
      </w:pPr>
      <w:r w:rsidRPr="00436734">
        <w:rPr>
          <w:rFonts w:ascii="Arial" w:eastAsia="Noto Sans Arabic" w:hAnsi="Arial" w:cs="Arial"/>
          <w:sz w:val="15"/>
          <w:rtl/>
        </w:rPr>
        <w:t>وفي حال احتجتم إلى أي معلومات إضافية بشأن هذا الترشيح، يرجى عدم التردد في التواصل معنا.</w:t>
      </w:r>
    </w:p>
    <w:p w14:paraId="253C1BF4" w14:textId="77777777" w:rsidR="007F4C76" w:rsidRPr="00436734" w:rsidRDefault="00000000">
      <w:pPr>
        <w:bidi/>
        <w:spacing w:after="20"/>
        <w:jc w:val="right"/>
        <w:rPr>
          <w:rFonts w:ascii="Arial" w:hAnsi="Arial" w:cs="Arial"/>
        </w:rPr>
      </w:pPr>
      <w:r w:rsidRPr="00436734">
        <w:rPr>
          <w:rFonts w:ascii="Arial" w:eastAsia="Noto Sans Arabic" w:hAnsi="Arial" w:cs="Arial"/>
          <w:sz w:val="15"/>
          <w:rtl/>
        </w:rPr>
        <w:t>وتفضلوا بقبول فائق الاحترام والتقدير.</w:t>
      </w:r>
    </w:p>
    <w:p w14:paraId="0E091E95" w14:textId="77777777" w:rsidR="007F4C76" w:rsidRPr="00436734" w:rsidRDefault="00000000">
      <w:pPr>
        <w:bidi/>
        <w:spacing w:after="0"/>
        <w:jc w:val="right"/>
        <w:rPr>
          <w:rFonts w:ascii="Arial" w:hAnsi="Arial" w:cs="Arial"/>
        </w:rPr>
      </w:pPr>
      <w:r w:rsidRPr="00436734">
        <w:rPr>
          <w:rFonts w:ascii="Arial" w:eastAsia="Noto Sans Arabic" w:hAnsi="Arial" w:cs="Arial"/>
          <w:b/>
          <w:sz w:val="15"/>
          <w:rtl/>
        </w:rPr>
        <w:t>[اسم المسؤول التنفيذي الأول / المسؤول المشرف]</w:t>
      </w:r>
    </w:p>
    <w:p w14:paraId="0EE703C9" w14:textId="77777777" w:rsidR="007F4C76" w:rsidRPr="00436734" w:rsidRDefault="00000000">
      <w:pPr>
        <w:bidi/>
        <w:spacing w:after="0"/>
        <w:jc w:val="right"/>
        <w:rPr>
          <w:rFonts w:ascii="Arial" w:hAnsi="Arial" w:cs="Arial"/>
        </w:rPr>
      </w:pPr>
      <w:r w:rsidRPr="00436734">
        <w:rPr>
          <w:rFonts w:ascii="Arial" w:eastAsia="Noto Sans Arabic" w:hAnsi="Arial" w:cs="Arial"/>
          <w:sz w:val="15"/>
          <w:rtl/>
        </w:rPr>
        <w:t>[المسمى الوظيفي الرسمي]</w:t>
      </w:r>
    </w:p>
    <w:p w14:paraId="4F88FEB3" w14:textId="77777777" w:rsidR="007F4C76" w:rsidRPr="00436734" w:rsidRDefault="00000000">
      <w:pPr>
        <w:bidi/>
        <w:spacing w:after="0"/>
        <w:jc w:val="right"/>
        <w:rPr>
          <w:rFonts w:ascii="Arial" w:hAnsi="Arial" w:cs="Arial"/>
        </w:rPr>
      </w:pPr>
      <w:r w:rsidRPr="00436734">
        <w:rPr>
          <w:rFonts w:ascii="Arial" w:eastAsia="Noto Sans Arabic" w:hAnsi="Arial" w:cs="Arial"/>
          <w:sz w:val="15"/>
          <w:rtl/>
        </w:rPr>
        <w:t>[الجهة]</w:t>
      </w:r>
    </w:p>
    <w:p w14:paraId="559FFA35" w14:textId="77777777" w:rsidR="007F4C76" w:rsidRPr="00436734" w:rsidRDefault="00000000">
      <w:pPr>
        <w:bidi/>
        <w:spacing w:after="0"/>
        <w:jc w:val="right"/>
        <w:rPr>
          <w:rFonts w:ascii="Arial" w:hAnsi="Arial" w:cs="Arial"/>
        </w:rPr>
      </w:pPr>
      <w:r w:rsidRPr="00436734">
        <w:rPr>
          <w:rFonts w:ascii="Arial" w:eastAsia="Noto Sans Arabic" w:hAnsi="Arial" w:cs="Arial"/>
          <w:sz w:val="15"/>
          <w:rtl/>
        </w:rPr>
        <w:t>[الدولة]</w:t>
      </w:r>
    </w:p>
    <w:p w14:paraId="754EB3A5" w14:textId="77777777" w:rsidR="007F4C76" w:rsidRPr="00436734" w:rsidRDefault="007F4C76">
      <w:pPr>
        <w:bidi/>
        <w:spacing w:after="0"/>
        <w:jc w:val="right"/>
        <w:rPr>
          <w:rFonts w:ascii="Arial" w:hAnsi="Arial" w:cs="Arial"/>
        </w:rPr>
      </w:pPr>
    </w:p>
    <w:p w14:paraId="674EAC76" w14:textId="77777777" w:rsidR="007F4C76" w:rsidRPr="00436734" w:rsidRDefault="00000000">
      <w:pPr>
        <w:bidi/>
        <w:spacing w:after="0"/>
        <w:jc w:val="right"/>
        <w:rPr>
          <w:rFonts w:ascii="Arial" w:hAnsi="Arial" w:cs="Arial"/>
        </w:rPr>
      </w:pPr>
      <w:r w:rsidRPr="00436734">
        <w:rPr>
          <w:rFonts w:ascii="Arial" w:eastAsia="Noto Sans Arabic" w:hAnsi="Arial" w:cs="Arial"/>
          <w:sz w:val="15"/>
          <w:rtl/>
        </w:rPr>
        <w:t>التوقيع: __________________________</w:t>
      </w:r>
    </w:p>
    <w:p w14:paraId="503B1DE2" w14:textId="77777777" w:rsidR="007F4C76" w:rsidRPr="00436734" w:rsidRDefault="00000000">
      <w:pPr>
        <w:bidi/>
        <w:spacing w:after="0"/>
        <w:jc w:val="right"/>
        <w:rPr>
          <w:rFonts w:ascii="Arial" w:hAnsi="Arial" w:cs="Arial"/>
        </w:rPr>
      </w:pPr>
      <w:r w:rsidRPr="00436734">
        <w:rPr>
          <w:rFonts w:ascii="Arial" w:eastAsia="Noto Sans Arabic" w:hAnsi="Arial" w:cs="Arial"/>
          <w:sz w:val="15"/>
          <w:rtl/>
        </w:rPr>
        <w:t>الختم الرسمي: __________________________</w:t>
      </w:r>
    </w:p>
    <w:p w14:paraId="06F639FA" w14:textId="77777777" w:rsidR="007F4C76" w:rsidRPr="00436734" w:rsidRDefault="007F4C76">
      <w:pPr>
        <w:bidi/>
        <w:spacing w:after="0"/>
        <w:jc w:val="right"/>
        <w:rPr>
          <w:rFonts w:ascii="Arial" w:hAnsi="Arial" w:cs="Arial"/>
        </w:rPr>
      </w:pPr>
    </w:p>
    <w:p w14:paraId="2F1ADB40" w14:textId="77777777" w:rsidR="007F4C76" w:rsidRDefault="00000000">
      <w:pPr>
        <w:bidi/>
        <w:spacing w:after="0"/>
        <w:jc w:val="right"/>
        <w:rPr>
          <w:rFonts w:hint="eastAsia"/>
        </w:rPr>
      </w:pPr>
      <w:r>
        <w:rPr>
          <w:rFonts w:ascii="Noto Sans Arabic" w:eastAsia="Noto Sans Arabic" w:hAnsi="Noto Sans Arabic" w:cs="Noto Sans Arabic"/>
          <w:sz w:val="15"/>
          <w:rtl/>
        </w:rPr>
        <w:t>البريد الإلكتروني: [البريد الإلكتروني الرسمي]</w:t>
      </w:r>
    </w:p>
    <w:sectPr w:rsidR="007F4C76" w:rsidSect="00034616">
      <w:pgSz w:w="12240" w:h="15840"/>
      <w:pgMar w:top="765" w:right="992" w:bottom="765" w:left="9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iberation Sans">
    <w:altName w:val="Arial"/>
    <w:panose1 w:val="020B0604020202020204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Noto Sans Arabic">
    <w:altName w:val="Cambria"/>
    <w:panose1 w:val="020B0604020202020204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53744174">
    <w:abstractNumId w:val="8"/>
  </w:num>
  <w:num w:numId="2" w16cid:durableId="373236109">
    <w:abstractNumId w:val="6"/>
  </w:num>
  <w:num w:numId="3" w16cid:durableId="614561202">
    <w:abstractNumId w:val="5"/>
  </w:num>
  <w:num w:numId="4" w16cid:durableId="1504585073">
    <w:abstractNumId w:val="4"/>
  </w:num>
  <w:num w:numId="5" w16cid:durableId="1287010179">
    <w:abstractNumId w:val="7"/>
  </w:num>
  <w:num w:numId="6" w16cid:durableId="194512973">
    <w:abstractNumId w:val="3"/>
  </w:num>
  <w:num w:numId="7" w16cid:durableId="1540361417">
    <w:abstractNumId w:val="2"/>
  </w:num>
  <w:num w:numId="8" w16cid:durableId="276061297">
    <w:abstractNumId w:val="1"/>
  </w:num>
  <w:num w:numId="9" w16cid:durableId="1678772147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D5F9A"/>
    <w:rsid w:val="0029639D"/>
    <w:rsid w:val="00326F90"/>
    <w:rsid w:val="003B55DA"/>
    <w:rsid w:val="00420438"/>
    <w:rsid w:val="00436734"/>
    <w:rsid w:val="007F4C76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14E616C"/>
  <w14:defaultImageDpi w14:val="300"/>
  <w15:docId w15:val="{21F9BCDE-6FFC-524E-B4F2-B9D2392003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60" w:line="240" w:lineRule="auto"/>
    </w:pPr>
    <w:rPr>
      <w:rFonts w:ascii="Liberation Sans" w:hAnsi="Liberation Sans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1190</Words>
  <Characters>6789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AFRINIC</Company>
  <LinksUpToDate>false</LinksUpToDate>
  <CharactersWithSpaces>7964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AfGWG Formal Membership nomination letter</dc:title>
  <dc:subject/>
  <dc:creator>Arthur N.</dc:creator>
  <cp:keywords/>
  <dc:description/>
  <cp:lastModifiedBy>wayne Gurunaden</cp:lastModifiedBy>
  <cp:revision>3</cp:revision>
  <dcterms:created xsi:type="dcterms:W3CDTF">2026-09-10T06:58:00Z</dcterms:created>
  <dcterms:modified xsi:type="dcterms:W3CDTF">2026-09-10T16:24:00Z</dcterms:modified>
  <cp:category/>
</cp:coreProperties>
</file>