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05F772" w14:textId="77777777" w:rsidR="007F4C76" w:rsidRDefault="00000000">
      <w:pPr>
        <w:spacing w:after="140"/>
        <w:jc w:val="center"/>
        <w:rPr>
          <w:rFonts w:hint="eastAsia"/>
        </w:rPr>
      </w:pPr>
      <w:r>
        <w:rPr>
          <w:rFonts w:eastAsia="Liberation Sans" w:cs="Liberation Sans"/>
          <w:b/>
          <w:sz w:val="26"/>
        </w:rPr>
        <w:lastRenderedPageBreak/>
        <w:t>AfGWG Formal Membership Nomination / Endorsement Letter</w:t>
      </w:r>
    </w:p>
    <w:p w14:paraId="13F29534" w14:textId="77777777" w:rsidR="007F4C76" w:rsidRDefault="00000000">
      <w:pPr>
        <w:spacing w:after="120"/>
        <w:jc w:val="center"/>
        <w:rPr>
          <w:rFonts w:hint="eastAsia"/>
        </w:rPr>
      </w:pPr>
      <w:r>
        <w:rPr>
          <w:rFonts w:eastAsia="Liberation Sans" w:cs="Liberation Sans"/>
          <w:b/>
          <w:sz w:val="19"/>
        </w:rPr>
        <w:t>[OFFICIAL LETTERHEAD OF THE ORGANISATION]</w:t>
      </w:r>
    </w:p>
    <w:p w14:paraId="5C5295A0" w14:textId="77777777" w:rsidR="007F4C76" w:rsidRPr="00436734" w:rsidRDefault="00000000">
      <w:pPr>
        <w:spacing w:after="10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Date: [DD Month YYYY]</w:t>
      </w:r>
    </w:p>
    <w:p w14:paraId="6742FBA1" w14:textId="77777777" w:rsidR="007F4C76" w:rsidRPr="00436734" w:rsidRDefault="00000000">
      <w:pPr>
        <w:spacing w:after="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b/>
          <w:sz w:val="22"/>
        </w:rPr>
        <w:t>To:</w:t>
      </w:r>
    </w:p>
    <w:p w14:paraId="0FBC4DE5" w14:textId="77777777" w:rsidR="007F4C76" w:rsidRPr="00436734" w:rsidRDefault="00000000">
      <w:pPr>
        <w:spacing w:after="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The AfGWG Secretariat</w:t>
      </w:r>
    </w:p>
    <w:p w14:paraId="46050E14" w14:textId="77777777" w:rsidR="007F4C76" w:rsidRPr="00436734" w:rsidRDefault="00000000">
      <w:pPr>
        <w:spacing w:after="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AFRINIC</w:t>
      </w:r>
    </w:p>
    <w:p w14:paraId="4AF9DE78" w14:textId="77777777" w:rsidR="007F4C76" w:rsidRPr="00436734" w:rsidRDefault="00000000">
      <w:pPr>
        <w:spacing w:after="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11th Floor, Standard Chartered Tower</w:t>
      </w:r>
    </w:p>
    <w:p w14:paraId="6ED88D30" w14:textId="77777777" w:rsidR="007F4C76" w:rsidRPr="00436734" w:rsidRDefault="00000000">
      <w:pPr>
        <w:spacing w:after="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Cybercity, Ebene</w:t>
      </w:r>
    </w:p>
    <w:p w14:paraId="04AD645A" w14:textId="77777777" w:rsidR="007F4C76" w:rsidRDefault="00000000">
      <w:pPr>
        <w:spacing w:after="0"/>
        <w:rPr>
          <w:rFonts w:ascii="Arial" w:eastAsia="Liberation Sans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Mauritius</w:t>
      </w:r>
    </w:p>
    <w:p w14:paraId="1245BB87" w14:textId="77777777" w:rsidR="003B55DA" w:rsidRPr="00436734" w:rsidRDefault="003B55DA">
      <w:pPr>
        <w:spacing w:after="0"/>
        <w:rPr>
          <w:rFonts w:ascii="Arial" w:hAnsi="Arial" w:cs="Arial"/>
          <w:sz w:val="22"/>
        </w:rPr>
      </w:pPr>
    </w:p>
    <w:p w14:paraId="0AEF7231" w14:textId="77777777" w:rsidR="007F4C76" w:rsidRDefault="00000000">
      <w:pPr>
        <w:spacing w:before="80" w:after="100"/>
        <w:rPr>
          <w:rFonts w:ascii="Arial" w:eastAsia="Liberation Sans" w:hAnsi="Arial" w:cs="Arial"/>
          <w:b/>
          <w:sz w:val="22"/>
        </w:rPr>
      </w:pPr>
      <w:r w:rsidRPr="00436734">
        <w:rPr>
          <w:rFonts w:ascii="Arial" w:eastAsia="Liberation Sans" w:hAnsi="Arial" w:cs="Arial"/>
          <w:b/>
          <w:sz w:val="22"/>
        </w:rPr>
        <w:t>Subject: Nomination / Endorsement for Formal Membership of the AFRINIC Government Working Group (AfGWG)</w:t>
      </w:r>
    </w:p>
    <w:p w14:paraId="3436D219" w14:textId="77777777" w:rsidR="003B55DA" w:rsidRPr="00436734" w:rsidRDefault="003B55DA">
      <w:pPr>
        <w:spacing w:before="80" w:after="100"/>
        <w:rPr>
          <w:rFonts w:ascii="Arial" w:hAnsi="Arial" w:cs="Arial"/>
          <w:sz w:val="22"/>
        </w:rPr>
      </w:pPr>
    </w:p>
    <w:p w14:paraId="1EFC7CB2" w14:textId="77777777" w:rsidR="007F4C76" w:rsidRDefault="00000000">
      <w:pPr>
        <w:spacing w:after="80"/>
        <w:rPr>
          <w:rFonts w:ascii="Arial" w:eastAsia="Liberation Sans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Dear Sir/Madam,</w:t>
      </w:r>
    </w:p>
    <w:p w14:paraId="01B80929" w14:textId="77777777" w:rsidR="003B55DA" w:rsidRPr="00436734" w:rsidRDefault="003B55DA">
      <w:pPr>
        <w:spacing w:after="80"/>
        <w:rPr>
          <w:rFonts w:ascii="Arial" w:hAnsi="Arial" w:cs="Arial"/>
          <w:sz w:val="22"/>
        </w:rPr>
      </w:pPr>
    </w:p>
    <w:p w14:paraId="574889A9" w14:textId="77777777" w:rsidR="007F4C76" w:rsidRDefault="00000000">
      <w:pPr>
        <w:rPr>
          <w:rFonts w:ascii="Arial" w:eastAsia="Liberation Sans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On behalf of [Name of Ministry / Regulator / Government Institution / Public-Sector Organisation], I am pleased to formally nominate and endorse:</w:t>
      </w:r>
    </w:p>
    <w:p w14:paraId="2D300B4A" w14:textId="77777777" w:rsidR="003B55DA" w:rsidRPr="00436734" w:rsidRDefault="003B55DA">
      <w:pPr>
        <w:rPr>
          <w:rFonts w:ascii="Arial" w:hAnsi="Arial" w:cs="Arial"/>
          <w:sz w:val="22"/>
        </w:rPr>
      </w:pPr>
    </w:p>
    <w:p w14:paraId="14D5FFCC" w14:textId="77777777" w:rsidR="007F4C76" w:rsidRPr="00436734" w:rsidRDefault="00000000">
      <w:pPr>
        <w:spacing w:before="20"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Full Name: [Applicant’s Full Name]</w:t>
      </w:r>
    </w:p>
    <w:p w14:paraId="0432E832" w14:textId="77777777" w:rsidR="007F4C76" w:rsidRPr="00436734" w:rsidRDefault="00000000">
      <w:pPr>
        <w:spacing w:before="20"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Position: [Job Title]</w:t>
      </w:r>
    </w:p>
    <w:p w14:paraId="6CAD7B78" w14:textId="77777777" w:rsidR="007F4C76" w:rsidRPr="00436734" w:rsidRDefault="00000000">
      <w:pPr>
        <w:spacing w:before="20"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Department/Directorate: [Department, if applicable]</w:t>
      </w:r>
    </w:p>
    <w:p w14:paraId="38604C23" w14:textId="77777777" w:rsidR="007F4C76" w:rsidRPr="00436734" w:rsidRDefault="00000000">
      <w:pPr>
        <w:spacing w:before="20"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Organisation: [Organisation Name]</w:t>
      </w:r>
    </w:p>
    <w:p w14:paraId="2FCB9F75" w14:textId="77777777" w:rsidR="007F4C76" w:rsidRPr="00436734" w:rsidRDefault="00000000">
      <w:pPr>
        <w:spacing w:before="20"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Country: [Country]</w:t>
      </w:r>
    </w:p>
    <w:p w14:paraId="72E15EEC" w14:textId="77777777" w:rsidR="007F4C76" w:rsidRPr="00436734" w:rsidRDefault="00000000">
      <w:pPr>
        <w:spacing w:before="20"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Official Email: [Email Address]</w:t>
      </w:r>
    </w:p>
    <w:p w14:paraId="6205F30E" w14:textId="77777777" w:rsidR="007F4C76" w:rsidRPr="00436734" w:rsidRDefault="007F4C76">
      <w:pPr>
        <w:spacing w:after="20"/>
        <w:rPr>
          <w:rFonts w:ascii="Arial" w:hAnsi="Arial" w:cs="Arial"/>
          <w:sz w:val="22"/>
        </w:rPr>
      </w:pPr>
    </w:p>
    <w:p w14:paraId="194A477D" w14:textId="77777777" w:rsidR="007F4C76" w:rsidRDefault="00000000" w:rsidP="00436734">
      <w:pPr>
        <w:jc w:val="both"/>
        <w:rPr>
          <w:rFonts w:ascii="Arial" w:eastAsia="Liberation Sans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to participate as an official representative of our organisation in the AFRINIC Government Working Group (</w:t>
      </w:r>
      <w:proofErr w:type="spellStart"/>
      <w:r w:rsidRPr="00436734">
        <w:rPr>
          <w:rFonts w:ascii="Arial" w:eastAsia="Liberation Sans" w:hAnsi="Arial" w:cs="Arial"/>
          <w:sz w:val="22"/>
        </w:rPr>
        <w:t>AfGWG</w:t>
      </w:r>
      <w:proofErr w:type="spellEnd"/>
      <w:r w:rsidRPr="00436734">
        <w:rPr>
          <w:rFonts w:ascii="Arial" w:eastAsia="Liberation Sans" w:hAnsi="Arial" w:cs="Arial"/>
          <w:sz w:val="22"/>
        </w:rPr>
        <w:t>).</w:t>
      </w:r>
    </w:p>
    <w:p w14:paraId="269FF56F" w14:textId="77777777" w:rsidR="003B55DA" w:rsidRPr="00436734" w:rsidRDefault="003B55DA" w:rsidP="00436734">
      <w:pPr>
        <w:jc w:val="both"/>
        <w:rPr>
          <w:rFonts w:ascii="Arial" w:hAnsi="Arial" w:cs="Arial"/>
          <w:sz w:val="22"/>
        </w:rPr>
      </w:pPr>
    </w:p>
    <w:p w14:paraId="51A5535C" w14:textId="77777777" w:rsidR="007F4C76" w:rsidRPr="00436734" w:rsidRDefault="00000000" w:rsidP="00436734">
      <w:pPr>
        <w:jc w:val="both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We confirm that the above-named representative has the institutional mandate to participate in AfGWG activities, discussions, consultations, meetings and other related initiatives on behalf of our organisation, within the scope of their assigned responsibilities.</w:t>
      </w:r>
    </w:p>
    <w:p w14:paraId="4E7BDF2A" w14:textId="77777777" w:rsidR="007F4C76" w:rsidRPr="00436734" w:rsidRDefault="00000000" w:rsidP="00436734">
      <w:pPr>
        <w:jc w:val="both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We recognise the AfGWG as a platform for engagement between African governments, regulators, public-sector institutions and AFRINIC on matters relating to Internet number resources, Internet governance, digital development and the strengthening of Africa’s Internet ecosystem.</w:t>
      </w:r>
    </w:p>
    <w:p w14:paraId="012D39EF" w14:textId="77777777" w:rsidR="007F4C76" w:rsidRPr="00436734" w:rsidRDefault="00000000" w:rsidP="00436734">
      <w:pPr>
        <w:jc w:val="both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We therefore support [Mr./Ms./Dr. Full Name] in contributing to the work of the AfGWG and in facilitating communication, where appropriate, between the AfGWG and our organisation.</w:t>
      </w:r>
    </w:p>
    <w:p w14:paraId="3F1439FA" w14:textId="77777777" w:rsidR="007F4C76" w:rsidRPr="00436734" w:rsidRDefault="00000000" w:rsidP="00436734">
      <w:pPr>
        <w:jc w:val="both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This nomination shall remain valid unless otherwise communicated officially by our organisation.</w:t>
      </w:r>
    </w:p>
    <w:p w14:paraId="0600EF7C" w14:textId="77777777" w:rsidR="007F4C76" w:rsidRPr="00436734" w:rsidRDefault="00000000" w:rsidP="00436734">
      <w:pPr>
        <w:jc w:val="both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Should you require any additional information regarding this nomination, please do not hesitate to contact us.</w:t>
      </w:r>
    </w:p>
    <w:p w14:paraId="39A353EC" w14:textId="77777777" w:rsidR="00436734" w:rsidRPr="00436734" w:rsidRDefault="00000000" w:rsidP="00436734">
      <w:pPr>
        <w:jc w:val="both"/>
        <w:rPr>
          <w:rFonts w:ascii="Arial" w:eastAsia="Liberation Sans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Yours faithfully,</w:t>
      </w:r>
    </w:p>
    <w:p w14:paraId="6CF027CF" w14:textId="5C4AB8E0" w:rsidR="007F4C76" w:rsidRPr="00436734" w:rsidRDefault="00436734" w:rsidP="00436734">
      <w:pPr>
        <w:jc w:val="both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br/>
      </w:r>
    </w:p>
    <w:p w14:paraId="54342024" w14:textId="77777777" w:rsidR="007F4C76" w:rsidRPr="00436734" w:rsidRDefault="00000000">
      <w:pPr>
        <w:spacing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b/>
          <w:sz w:val="22"/>
        </w:rPr>
        <w:t>[Name of Senior Executive Officer / Supervising Officer]</w:t>
      </w:r>
    </w:p>
    <w:p w14:paraId="6EC1ED27" w14:textId="77777777" w:rsidR="007F4C76" w:rsidRPr="00436734" w:rsidRDefault="00000000">
      <w:pPr>
        <w:spacing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[Official Title]</w:t>
      </w:r>
    </w:p>
    <w:p w14:paraId="20B3D679" w14:textId="77777777" w:rsidR="007F4C76" w:rsidRPr="00436734" w:rsidRDefault="00000000">
      <w:pPr>
        <w:spacing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[Organisation]</w:t>
      </w:r>
    </w:p>
    <w:p w14:paraId="2E37A99D" w14:textId="77777777" w:rsidR="007F4C76" w:rsidRPr="00436734" w:rsidRDefault="00000000">
      <w:pPr>
        <w:spacing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[Country]</w:t>
      </w:r>
    </w:p>
    <w:p w14:paraId="2872B4B8" w14:textId="77777777" w:rsidR="007F4C76" w:rsidRPr="00436734" w:rsidRDefault="007F4C76">
      <w:pPr>
        <w:spacing w:after="40"/>
        <w:rPr>
          <w:rFonts w:ascii="Arial" w:hAnsi="Arial" w:cs="Arial"/>
          <w:sz w:val="22"/>
        </w:rPr>
      </w:pPr>
    </w:p>
    <w:p w14:paraId="538BB1A9" w14:textId="77777777" w:rsidR="007F4C76" w:rsidRPr="00436734" w:rsidRDefault="00000000">
      <w:pPr>
        <w:spacing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Signature: __________________________</w:t>
      </w:r>
    </w:p>
    <w:p w14:paraId="312B90CA" w14:textId="77777777" w:rsidR="007F4C76" w:rsidRPr="00436734" w:rsidRDefault="00000000">
      <w:pPr>
        <w:spacing w:after="20"/>
        <w:rPr>
          <w:rFonts w:ascii="Arial" w:hAnsi="Arial" w:cs="Arial"/>
          <w:sz w:val="22"/>
        </w:rPr>
      </w:pPr>
      <w:r w:rsidRPr="00436734">
        <w:rPr>
          <w:rFonts w:ascii="Arial" w:eastAsia="Liberation Sans" w:hAnsi="Arial" w:cs="Arial"/>
          <w:sz w:val="22"/>
        </w:rPr>
        <w:t>Official Stamp/Seal: __________________________</w:t>
      </w:r>
    </w:p>
    <w:sectPr w:rsidR="007F4C76" w:rsidSect="00034616">
      <w:pgSz w:w="12240" w:h="15840"/>
      <w:pgMar w:top="765" w:right="992" w:bottom="76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Noto Sans Arabic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3744174">
    <w:abstractNumId w:val="8"/>
  </w:num>
  <w:num w:numId="2" w16cid:durableId="373236109">
    <w:abstractNumId w:val="6"/>
  </w:num>
  <w:num w:numId="3" w16cid:durableId="614561202">
    <w:abstractNumId w:val="5"/>
  </w:num>
  <w:num w:numId="4" w16cid:durableId="1504585073">
    <w:abstractNumId w:val="4"/>
  </w:num>
  <w:num w:numId="5" w16cid:durableId="1287010179">
    <w:abstractNumId w:val="7"/>
  </w:num>
  <w:num w:numId="6" w16cid:durableId="194512973">
    <w:abstractNumId w:val="3"/>
  </w:num>
  <w:num w:numId="7" w16cid:durableId="1540361417">
    <w:abstractNumId w:val="2"/>
  </w:num>
  <w:num w:numId="8" w16cid:durableId="276061297">
    <w:abstractNumId w:val="1"/>
  </w:num>
  <w:num w:numId="9" w16cid:durableId="16787721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5F9A"/>
    <w:rsid w:val="0029639D"/>
    <w:rsid w:val="00326F90"/>
    <w:rsid w:val="003B55DA"/>
    <w:rsid w:val="00420438"/>
    <w:rsid w:val="00436734"/>
    <w:rsid w:val="007F4C7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4E616C"/>
  <w14:defaultImageDpi w14:val="300"/>
  <w15:docId w15:val="{21F9BCDE-6FFC-524E-B4F2-B9D23920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Liberation Sans" w:hAnsi="Liberation San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AFRINIC</Company>
  <LinksUpToDate>false</LinksUpToDate>
  <CharactersWithSpaces>7964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AfGWG Formal Membership nomination letter</dc:title>
  <dc:subject/>
  <dc:creator>Arthur N.</dc:creator>
  <cp:keywords/>
  <dc:description/>
  <cp:lastModifiedBy>wayne Gurunaden</cp:lastModifiedBy>
  <cp:revision>3</cp:revision>
  <dcterms:created xsi:type="dcterms:W3CDTF">2026-09-10T06:58:00Z</dcterms:created>
  <dcterms:modified xsi:type="dcterms:W3CDTF">2026-09-10T16:24:00Z</dcterms:modified>
  <cp:category/>
</cp:coreProperties>
</file>