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4D964" w14:textId="77777777" w:rsidR="007F4C76" w:rsidRPr="00436734" w:rsidRDefault="00000000">
      <w:pPr>
        <w:spacing w:after="140"/>
        <w:jc w:val="center"/>
        <w:rPr>
          <w:rFonts w:hint="eastAsia"/>
          <w:lang w:val="fr-FR"/>
        </w:rPr>
      </w:pPr>
      <w:r w:rsidRPr="00436734">
        <w:rPr>
          <w:rFonts w:eastAsia="Liberation Sans" w:cs="Liberation Sans"/>
          <w:b/>
          <w:sz w:val="26"/>
          <w:lang w:val="fr-FR"/>
        </w:rPr>
        <w:lastRenderedPageBreak/>
        <w:t>Lettre de nomination / d’endossement pour l’adhésion formelle à l’</w:t>
      </w:r>
      <w:proofErr w:type="spellStart"/>
      <w:r w:rsidRPr="00436734">
        <w:rPr>
          <w:rFonts w:eastAsia="Liberation Sans" w:cs="Liberation Sans"/>
          <w:b/>
          <w:sz w:val="26"/>
          <w:lang w:val="fr-FR"/>
        </w:rPr>
        <w:t>AfGWG</w:t>
      </w:r>
      <w:proofErr w:type="spellEnd"/>
    </w:p>
    <w:p w14:paraId="54F4A698" w14:textId="77777777" w:rsidR="007F4C76" w:rsidRPr="00436734" w:rsidRDefault="00000000">
      <w:pPr>
        <w:spacing w:after="120"/>
        <w:jc w:val="center"/>
        <w:rPr>
          <w:rFonts w:hint="eastAsia"/>
          <w:lang w:val="fr-FR"/>
        </w:rPr>
      </w:pPr>
      <w:r w:rsidRPr="00436734">
        <w:rPr>
          <w:rFonts w:eastAsia="Liberation Sans" w:cs="Liberation Sans"/>
          <w:b/>
          <w:sz w:val="19"/>
          <w:lang w:val="fr-FR"/>
        </w:rPr>
        <w:t>[EN-TÊTE OFFICIEL DE L’ORGANISATION]</w:t>
      </w:r>
    </w:p>
    <w:p w14:paraId="48A80A2E" w14:textId="77777777" w:rsidR="007F4C76" w:rsidRPr="00436734" w:rsidRDefault="00000000" w:rsidP="00436734">
      <w:pPr>
        <w:spacing w:after="100"/>
        <w:jc w:val="both"/>
        <w:rPr>
          <w:rFonts w:ascii="Arial" w:hAnsi="Arial" w:cs="Arial"/>
          <w:sz w:val="22"/>
          <w:lang w:val="fr-FR"/>
        </w:rPr>
      </w:pPr>
      <w:r w:rsidRPr="00436734">
        <w:rPr>
          <w:rFonts w:ascii="Arial" w:eastAsia="Liberation Sans" w:hAnsi="Arial" w:cs="Arial"/>
          <w:sz w:val="22"/>
          <w:lang w:val="fr-FR"/>
        </w:rPr>
        <w:t>Date : [JJ Mois AAAA]</w:t>
      </w:r>
    </w:p>
    <w:p w14:paraId="719B754D" w14:textId="77777777" w:rsidR="007F4C76" w:rsidRPr="00436734" w:rsidRDefault="00000000" w:rsidP="00436734">
      <w:pPr>
        <w:spacing w:after="0"/>
        <w:jc w:val="both"/>
        <w:rPr>
          <w:rFonts w:ascii="Arial" w:hAnsi="Arial" w:cs="Arial"/>
          <w:sz w:val="22"/>
          <w:lang w:val="fr-FR"/>
        </w:rPr>
      </w:pPr>
      <w:r w:rsidRPr="00436734">
        <w:rPr>
          <w:rFonts w:ascii="Arial" w:eastAsia="Liberation Sans" w:hAnsi="Arial" w:cs="Arial"/>
          <w:b/>
          <w:sz w:val="22"/>
          <w:lang w:val="fr-FR"/>
        </w:rPr>
        <w:t>À l’attention de :</w:t>
      </w:r>
    </w:p>
    <w:p w14:paraId="73F00F12" w14:textId="77777777" w:rsidR="007F4C76" w:rsidRPr="00436734" w:rsidRDefault="00000000" w:rsidP="00436734">
      <w:pPr>
        <w:spacing w:after="0"/>
        <w:jc w:val="both"/>
        <w:rPr>
          <w:rFonts w:ascii="Arial" w:hAnsi="Arial" w:cs="Arial"/>
          <w:sz w:val="22"/>
          <w:lang w:val="fr-FR"/>
        </w:rPr>
      </w:pPr>
      <w:r w:rsidRPr="00436734">
        <w:rPr>
          <w:rFonts w:ascii="Arial" w:eastAsia="Liberation Sans" w:hAnsi="Arial" w:cs="Arial"/>
          <w:sz w:val="22"/>
          <w:lang w:val="fr-FR"/>
        </w:rPr>
        <w:t>Secrétariat de l’</w:t>
      </w:r>
      <w:proofErr w:type="spellStart"/>
      <w:r w:rsidRPr="00436734">
        <w:rPr>
          <w:rFonts w:ascii="Arial" w:eastAsia="Liberation Sans" w:hAnsi="Arial" w:cs="Arial"/>
          <w:sz w:val="22"/>
          <w:lang w:val="fr-FR"/>
        </w:rPr>
        <w:t>AfGWG</w:t>
      </w:r>
      <w:proofErr w:type="spellEnd"/>
    </w:p>
    <w:p w14:paraId="5B7F085E" w14:textId="77777777" w:rsidR="007F4C76" w:rsidRPr="00436734" w:rsidRDefault="00000000" w:rsidP="00436734">
      <w:pPr>
        <w:spacing w:after="0"/>
        <w:jc w:val="both"/>
        <w:rPr>
          <w:rFonts w:ascii="Arial" w:hAnsi="Arial" w:cs="Arial"/>
          <w:sz w:val="22"/>
          <w:lang w:val="fr-FR"/>
        </w:rPr>
      </w:pPr>
      <w:r w:rsidRPr="00436734">
        <w:rPr>
          <w:rFonts w:ascii="Arial" w:eastAsia="Liberation Sans" w:hAnsi="Arial" w:cs="Arial"/>
          <w:sz w:val="22"/>
          <w:lang w:val="fr-FR"/>
        </w:rPr>
        <w:t>AFRINIC</w:t>
      </w:r>
    </w:p>
    <w:p w14:paraId="3370EE78" w14:textId="77777777" w:rsidR="007F4C76" w:rsidRPr="00436734" w:rsidRDefault="00000000" w:rsidP="00436734">
      <w:pPr>
        <w:spacing w:after="0"/>
        <w:jc w:val="both"/>
        <w:rPr>
          <w:rFonts w:ascii="Arial" w:hAnsi="Arial" w:cs="Arial"/>
          <w:sz w:val="22"/>
          <w:lang w:val="fr-FR"/>
        </w:rPr>
      </w:pPr>
      <w:r w:rsidRPr="00436734">
        <w:rPr>
          <w:rFonts w:ascii="Arial" w:eastAsia="Liberation Sans" w:hAnsi="Arial" w:cs="Arial"/>
          <w:sz w:val="22"/>
          <w:lang w:val="fr-FR"/>
        </w:rPr>
        <w:t xml:space="preserve">11e étage, Standard </w:t>
      </w:r>
      <w:proofErr w:type="spellStart"/>
      <w:r w:rsidRPr="00436734">
        <w:rPr>
          <w:rFonts w:ascii="Arial" w:eastAsia="Liberation Sans" w:hAnsi="Arial" w:cs="Arial"/>
          <w:sz w:val="22"/>
          <w:lang w:val="fr-FR"/>
        </w:rPr>
        <w:t>Chartered</w:t>
      </w:r>
      <w:proofErr w:type="spellEnd"/>
      <w:r w:rsidRPr="00436734">
        <w:rPr>
          <w:rFonts w:ascii="Arial" w:eastAsia="Liberation Sans" w:hAnsi="Arial" w:cs="Arial"/>
          <w:sz w:val="22"/>
          <w:lang w:val="fr-FR"/>
        </w:rPr>
        <w:t xml:space="preserve"> Tower</w:t>
      </w:r>
    </w:p>
    <w:p w14:paraId="0E792FCA" w14:textId="77777777" w:rsidR="007F4C76" w:rsidRPr="00436734" w:rsidRDefault="00000000" w:rsidP="00436734">
      <w:pPr>
        <w:spacing w:after="0"/>
        <w:jc w:val="both"/>
        <w:rPr>
          <w:rFonts w:ascii="Arial" w:hAnsi="Arial" w:cs="Arial"/>
          <w:sz w:val="22"/>
          <w:lang w:val="fr-FR"/>
        </w:rPr>
      </w:pPr>
      <w:proofErr w:type="spellStart"/>
      <w:r w:rsidRPr="00436734">
        <w:rPr>
          <w:rFonts w:ascii="Arial" w:eastAsia="Liberation Sans" w:hAnsi="Arial" w:cs="Arial"/>
          <w:sz w:val="22"/>
          <w:lang w:val="fr-FR"/>
        </w:rPr>
        <w:t>Cybercity</w:t>
      </w:r>
      <w:proofErr w:type="spellEnd"/>
      <w:r w:rsidRPr="00436734">
        <w:rPr>
          <w:rFonts w:ascii="Arial" w:eastAsia="Liberation Sans" w:hAnsi="Arial" w:cs="Arial"/>
          <w:sz w:val="22"/>
          <w:lang w:val="fr-FR"/>
        </w:rPr>
        <w:t xml:space="preserve">, </w:t>
      </w:r>
      <w:proofErr w:type="spellStart"/>
      <w:r w:rsidRPr="00436734">
        <w:rPr>
          <w:rFonts w:ascii="Arial" w:eastAsia="Liberation Sans" w:hAnsi="Arial" w:cs="Arial"/>
          <w:sz w:val="22"/>
          <w:lang w:val="fr-FR"/>
        </w:rPr>
        <w:t>Ebène</w:t>
      </w:r>
      <w:proofErr w:type="spellEnd"/>
    </w:p>
    <w:p w14:paraId="5A2B02B7" w14:textId="77777777" w:rsidR="007F4C76" w:rsidRDefault="00000000" w:rsidP="00436734">
      <w:pPr>
        <w:spacing w:after="0"/>
        <w:jc w:val="both"/>
        <w:rPr>
          <w:rFonts w:ascii="Arial" w:eastAsia="Liberation Sans" w:hAnsi="Arial" w:cs="Arial"/>
          <w:sz w:val="22"/>
          <w:lang w:val="fr-FR"/>
        </w:rPr>
      </w:pPr>
      <w:r w:rsidRPr="00436734">
        <w:rPr>
          <w:rFonts w:ascii="Arial" w:eastAsia="Liberation Sans" w:hAnsi="Arial" w:cs="Arial"/>
          <w:sz w:val="22"/>
          <w:lang w:val="fr-FR"/>
        </w:rPr>
        <w:t>Maurice</w:t>
      </w:r>
    </w:p>
    <w:p w14:paraId="72755758" w14:textId="77777777" w:rsidR="00436734" w:rsidRPr="00436734" w:rsidRDefault="00436734" w:rsidP="00436734">
      <w:pPr>
        <w:spacing w:after="0"/>
        <w:jc w:val="both"/>
        <w:rPr>
          <w:rFonts w:ascii="Arial" w:hAnsi="Arial" w:cs="Arial"/>
          <w:sz w:val="22"/>
          <w:lang w:val="fr-FR"/>
        </w:rPr>
      </w:pPr>
    </w:p>
    <w:p w14:paraId="3F14185F" w14:textId="77777777" w:rsidR="007F4C76" w:rsidRDefault="00000000" w:rsidP="00436734">
      <w:pPr>
        <w:spacing w:before="80" w:after="100"/>
        <w:jc w:val="both"/>
        <w:rPr>
          <w:rFonts w:ascii="Arial" w:eastAsia="Liberation Sans" w:hAnsi="Arial" w:cs="Arial"/>
          <w:b/>
          <w:sz w:val="22"/>
          <w:lang w:val="fr-FR"/>
        </w:rPr>
      </w:pPr>
      <w:r w:rsidRPr="00436734">
        <w:rPr>
          <w:rFonts w:ascii="Arial" w:eastAsia="Liberation Sans" w:hAnsi="Arial" w:cs="Arial"/>
          <w:b/>
          <w:sz w:val="22"/>
          <w:lang w:val="fr-FR"/>
        </w:rPr>
        <w:t>Objet : Nomination / Endossement pour l’adhésion formelle au Groupe de travail gouvernemental d’AFRINIC (</w:t>
      </w:r>
      <w:proofErr w:type="spellStart"/>
      <w:r w:rsidRPr="00436734">
        <w:rPr>
          <w:rFonts w:ascii="Arial" w:eastAsia="Liberation Sans" w:hAnsi="Arial" w:cs="Arial"/>
          <w:b/>
          <w:sz w:val="22"/>
          <w:lang w:val="fr-FR"/>
        </w:rPr>
        <w:t>AfGWG</w:t>
      </w:r>
      <w:proofErr w:type="spellEnd"/>
      <w:r w:rsidRPr="00436734">
        <w:rPr>
          <w:rFonts w:ascii="Arial" w:eastAsia="Liberation Sans" w:hAnsi="Arial" w:cs="Arial"/>
          <w:b/>
          <w:sz w:val="22"/>
          <w:lang w:val="fr-FR"/>
        </w:rPr>
        <w:t>)</w:t>
      </w:r>
    </w:p>
    <w:p w14:paraId="3E32F2D2" w14:textId="77777777" w:rsidR="00436734" w:rsidRPr="00436734" w:rsidRDefault="00436734" w:rsidP="00436734">
      <w:pPr>
        <w:spacing w:before="80" w:after="100"/>
        <w:jc w:val="both"/>
        <w:rPr>
          <w:rFonts w:ascii="Arial" w:hAnsi="Arial" w:cs="Arial"/>
          <w:sz w:val="22"/>
          <w:lang w:val="fr-FR"/>
        </w:rPr>
      </w:pPr>
    </w:p>
    <w:p w14:paraId="00F7D1F4" w14:textId="77777777" w:rsidR="007F4C76" w:rsidRPr="00436734" w:rsidRDefault="00000000" w:rsidP="00436734">
      <w:pPr>
        <w:spacing w:after="80"/>
        <w:jc w:val="both"/>
        <w:rPr>
          <w:rFonts w:ascii="Arial" w:hAnsi="Arial" w:cs="Arial"/>
          <w:sz w:val="22"/>
          <w:lang w:val="fr-FR"/>
        </w:rPr>
      </w:pPr>
      <w:r w:rsidRPr="00436734">
        <w:rPr>
          <w:rFonts w:ascii="Arial" w:eastAsia="Liberation Sans" w:hAnsi="Arial" w:cs="Arial"/>
          <w:sz w:val="22"/>
          <w:lang w:val="fr-FR"/>
        </w:rPr>
        <w:t>Madame, Monsieur,</w:t>
      </w:r>
    </w:p>
    <w:p w14:paraId="3E3E1E29" w14:textId="77777777" w:rsidR="007F4C76" w:rsidRPr="00436734" w:rsidRDefault="00000000" w:rsidP="00436734">
      <w:pPr>
        <w:jc w:val="both"/>
        <w:rPr>
          <w:rFonts w:ascii="Arial" w:hAnsi="Arial" w:cs="Arial"/>
          <w:sz w:val="22"/>
          <w:lang w:val="fr-FR"/>
        </w:rPr>
      </w:pPr>
      <w:r w:rsidRPr="00436734">
        <w:rPr>
          <w:rFonts w:ascii="Arial" w:eastAsia="Liberation Sans" w:hAnsi="Arial" w:cs="Arial"/>
          <w:sz w:val="22"/>
          <w:lang w:val="fr-FR"/>
        </w:rPr>
        <w:t>Au nom de [Nom du Ministère / Régulateur / Institution gouvernementale / Organisation du secteur public], j’ai le plaisir de nommer et d’endosser officiellement :</w:t>
      </w:r>
    </w:p>
    <w:p w14:paraId="7017DE4A" w14:textId="77777777" w:rsidR="007F4C76" w:rsidRPr="00436734" w:rsidRDefault="00000000" w:rsidP="00436734">
      <w:pPr>
        <w:spacing w:before="20" w:after="20"/>
        <w:jc w:val="both"/>
        <w:rPr>
          <w:rFonts w:ascii="Arial" w:hAnsi="Arial" w:cs="Arial"/>
          <w:sz w:val="22"/>
          <w:lang w:val="fr-FR"/>
        </w:rPr>
      </w:pPr>
      <w:r w:rsidRPr="00436734">
        <w:rPr>
          <w:rFonts w:ascii="Arial" w:eastAsia="Liberation Sans" w:hAnsi="Arial" w:cs="Arial"/>
          <w:sz w:val="22"/>
          <w:lang w:val="fr-FR"/>
        </w:rPr>
        <w:t>Nom complet : [Nom complet du candidat]</w:t>
      </w:r>
    </w:p>
    <w:p w14:paraId="46CA2A2D" w14:textId="77777777" w:rsidR="007F4C76" w:rsidRPr="00436734" w:rsidRDefault="00000000" w:rsidP="00436734">
      <w:pPr>
        <w:spacing w:before="20" w:after="20"/>
        <w:jc w:val="both"/>
        <w:rPr>
          <w:rFonts w:ascii="Arial" w:hAnsi="Arial" w:cs="Arial"/>
          <w:sz w:val="22"/>
        </w:rPr>
      </w:pPr>
      <w:proofErr w:type="spellStart"/>
      <w:proofErr w:type="gramStart"/>
      <w:r w:rsidRPr="00436734">
        <w:rPr>
          <w:rFonts w:ascii="Arial" w:eastAsia="Liberation Sans" w:hAnsi="Arial" w:cs="Arial"/>
          <w:sz w:val="22"/>
        </w:rPr>
        <w:t>Fonction</w:t>
      </w:r>
      <w:proofErr w:type="spellEnd"/>
      <w:r w:rsidRPr="00436734">
        <w:rPr>
          <w:rFonts w:ascii="Arial" w:eastAsia="Liberation Sans" w:hAnsi="Arial" w:cs="Arial"/>
          <w:sz w:val="22"/>
        </w:rPr>
        <w:t xml:space="preserve"> :</w:t>
      </w:r>
      <w:proofErr w:type="gramEnd"/>
      <w:r w:rsidRPr="00436734">
        <w:rPr>
          <w:rFonts w:ascii="Arial" w:eastAsia="Liberation Sans" w:hAnsi="Arial" w:cs="Arial"/>
          <w:sz w:val="22"/>
        </w:rPr>
        <w:t xml:space="preserve"> [</w:t>
      </w:r>
      <w:proofErr w:type="spellStart"/>
      <w:r w:rsidRPr="00436734">
        <w:rPr>
          <w:rFonts w:ascii="Arial" w:eastAsia="Liberation Sans" w:hAnsi="Arial" w:cs="Arial"/>
          <w:sz w:val="22"/>
        </w:rPr>
        <w:t>Titre</w:t>
      </w:r>
      <w:proofErr w:type="spellEnd"/>
      <w:r w:rsidRPr="00436734">
        <w:rPr>
          <w:rFonts w:ascii="Arial" w:eastAsia="Liberation Sans" w:hAnsi="Arial" w:cs="Arial"/>
          <w:sz w:val="22"/>
        </w:rPr>
        <w:t xml:space="preserve"> du poste]</w:t>
      </w:r>
    </w:p>
    <w:p w14:paraId="0337AF5E" w14:textId="77777777" w:rsidR="007F4C76" w:rsidRPr="00436734" w:rsidRDefault="00000000" w:rsidP="00436734">
      <w:pPr>
        <w:spacing w:before="20" w:after="20"/>
        <w:jc w:val="both"/>
        <w:rPr>
          <w:rFonts w:ascii="Arial" w:hAnsi="Arial" w:cs="Arial"/>
          <w:sz w:val="22"/>
          <w:lang w:val="fr-FR"/>
        </w:rPr>
      </w:pPr>
      <w:r w:rsidRPr="00436734">
        <w:rPr>
          <w:rFonts w:ascii="Arial" w:eastAsia="Liberation Sans" w:hAnsi="Arial" w:cs="Arial"/>
          <w:sz w:val="22"/>
          <w:lang w:val="fr-FR"/>
        </w:rPr>
        <w:t>Département/Direction : [Département, le cas échéant]</w:t>
      </w:r>
    </w:p>
    <w:p w14:paraId="20736561" w14:textId="77777777" w:rsidR="007F4C76" w:rsidRPr="00436734" w:rsidRDefault="00000000" w:rsidP="00436734">
      <w:pPr>
        <w:spacing w:before="20" w:after="20"/>
        <w:jc w:val="both"/>
        <w:rPr>
          <w:rFonts w:ascii="Arial" w:hAnsi="Arial" w:cs="Arial"/>
          <w:sz w:val="22"/>
        </w:rPr>
      </w:pPr>
      <w:proofErr w:type="gramStart"/>
      <w:r w:rsidRPr="00436734">
        <w:rPr>
          <w:rFonts w:ascii="Arial" w:eastAsia="Liberation Sans" w:hAnsi="Arial" w:cs="Arial"/>
          <w:sz w:val="22"/>
        </w:rPr>
        <w:t>Organisation :</w:t>
      </w:r>
      <w:proofErr w:type="gramEnd"/>
      <w:r w:rsidRPr="00436734">
        <w:rPr>
          <w:rFonts w:ascii="Arial" w:eastAsia="Liberation Sans" w:hAnsi="Arial" w:cs="Arial"/>
          <w:sz w:val="22"/>
        </w:rPr>
        <w:t xml:space="preserve"> [Nom de </w:t>
      </w:r>
      <w:proofErr w:type="spellStart"/>
      <w:r w:rsidRPr="00436734">
        <w:rPr>
          <w:rFonts w:ascii="Arial" w:eastAsia="Liberation Sans" w:hAnsi="Arial" w:cs="Arial"/>
          <w:sz w:val="22"/>
        </w:rPr>
        <w:t>l’organisation</w:t>
      </w:r>
      <w:proofErr w:type="spellEnd"/>
      <w:r w:rsidRPr="00436734">
        <w:rPr>
          <w:rFonts w:ascii="Arial" w:eastAsia="Liberation Sans" w:hAnsi="Arial" w:cs="Arial"/>
          <w:sz w:val="22"/>
        </w:rPr>
        <w:t>]</w:t>
      </w:r>
    </w:p>
    <w:p w14:paraId="0B1C41C3" w14:textId="77777777" w:rsidR="007F4C76" w:rsidRPr="00436734" w:rsidRDefault="00000000" w:rsidP="00436734">
      <w:pPr>
        <w:spacing w:before="20" w:after="20"/>
        <w:jc w:val="both"/>
        <w:rPr>
          <w:rFonts w:ascii="Arial" w:hAnsi="Arial" w:cs="Arial"/>
          <w:sz w:val="22"/>
        </w:rPr>
      </w:pPr>
      <w:proofErr w:type="gramStart"/>
      <w:r w:rsidRPr="00436734">
        <w:rPr>
          <w:rFonts w:ascii="Arial" w:eastAsia="Liberation Sans" w:hAnsi="Arial" w:cs="Arial"/>
          <w:sz w:val="22"/>
        </w:rPr>
        <w:t>Pays :</w:t>
      </w:r>
      <w:proofErr w:type="gramEnd"/>
      <w:r w:rsidRPr="00436734">
        <w:rPr>
          <w:rFonts w:ascii="Arial" w:eastAsia="Liberation Sans" w:hAnsi="Arial" w:cs="Arial"/>
          <w:sz w:val="22"/>
        </w:rPr>
        <w:t xml:space="preserve"> [Pays]</w:t>
      </w:r>
    </w:p>
    <w:p w14:paraId="458C356A" w14:textId="77777777" w:rsidR="007F4C76" w:rsidRPr="00436734" w:rsidRDefault="00000000" w:rsidP="00436734">
      <w:pPr>
        <w:spacing w:before="20" w:after="20"/>
        <w:jc w:val="both"/>
        <w:rPr>
          <w:rFonts w:ascii="Arial" w:hAnsi="Arial" w:cs="Arial"/>
          <w:sz w:val="22"/>
          <w:lang w:val="fr-FR"/>
        </w:rPr>
      </w:pPr>
      <w:r w:rsidRPr="00436734">
        <w:rPr>
          <w:rFonts w:ascii="Arial" w:eastAsia="Liberation Sans" w:hAnsi="Arial" w:cs="Arial"/>
          <w:sz w:val="22"/>
          <w:lang w:val="fr-FR"/>
        </w:rPr>
        <w:t xml:space="preserve">Adresse </w:t>
      </w:r>
      <w:proofErr w:type="gramStart"/>
      <w:r w:rsidRPr="00436734">
        <w:rPr>
          <w:rFonts w:ascii="Arial" w:eastAsia="Liberation Sans" w:hAnsi="Arial" w:cs="Arial"/>
          <w:sz w:val="22"/>
          <w:lang w:val="fr-FR"/>
        </w:rPr>
        <w:t>e-mail</w:t>
      </w:r>
      <w:proofErr w:type="gramEnd"/>
      <w:r w:rsidRPr="00436734">
        <w:rPr>
          <w:rFonts w:ascii="Arial" w:eastAsia="Liberation Sans" w:hAnsi="Arial" w:cs="Arial"/>
          <w:sz w:val="22"/>
          <w:lang w:val="fr-FR"/>
        </w:rPr>
        <w:t xml:space="preserve"> professionnelle : [Adresse </w:t>
      </w:r>
      <w:proofErr w:type="gramStart"/>
      <w:r w:rsidRPr="00436734">
        <w:rPr>
          <w:rFonts w:ascii="Arial" w:eastAsia="Liberation Sans" w:hAnsi="Arial" w:cs="Arial"/>
          <w:sz w:val="22"/>
          <w:lang w:val="fr-FR"/>
        </w:rPr>
        <w:t>e-mail</w:t>
      </w:r>
      <w:proofErr w:type="gramEnd"/>
      <w:r w:rsidRPr="00436734">
        <w:rPr>
          <w:rFonts w:ascii="Arial" w:eastAsia="Liberation Sans" w:hAnsi="Arial" w:cs="Arial"/>
          <w:sz w:val="22"/>
          <w:lang w:val="fr-FR"/>
        </w:rPr>
        <w:t>]</w:t>
      </w:r>
    </w:p>
    <w:p w14:paraId="61053860" w14:textId="77777777" w:rsidR="007F4C76" w:rsidRPr="00436734" w:rsidRDefault="007F4C76" w:rsidP="00436734">
      <w:pPr>
        <w:spacing w:after="20"/>
        <w:jc w:val="both"/>
        <w:rPr>
          <w:rFonts w:ascii="Arial" w:hAnsi="Arial" w:cs="Arial"/>
          <w:sz w:val="22"/>
          <w:lang w:val="fr-FR"/>
        </w:rPr>
      </w:pPr>
    </w:p>
    <w:p w14:paraId="205098FD" w14:textId="77777777" w:rsidR="007F4C76" w:rsidRPr="00436734" w:rsidRDefault="00000000" w:rsidP="00436734">
      <w:pPr>
        <w:jc w:val="both"/>
        <w:rPr>
          <w:rFonts w:ascii="Arial" w:hAnsi="Arial" w:cs="Arial"/>
          <w:sz w:val="22"/>
          <w:lang w:val="fr-FR"/>
        </w:rPr>
      </w:pPr>
      <w:proofErr w:type="gramStart"/>
      <w:r w:rsidRPr="00436734">
        <w:rPr>
          <w:rFonts w:ascii="Arial" w:eastAsia="Liberation Sans" w:hAnsi="Arial" w:cs="Arial"/>
          <w:sz w:val="22"/>
          <w:lang w:val="fr-FR"/>
        </w:rPr>
        <w:t>afin</w:t>
      </w:r>
      <w:proofErr w:type="gramEnd"/>
      <w:r w:rsidRPr="00436734">
        <w:rPr>
          <w:rFonts w:ascii="Arial" w:eastAsia="Liberation Sans" w:hAnsi="Arial" w:cs="Arial"/>
          <w:sz w:val="22"/>
          <w:lang w:val="fr-FR"/>
        </w:rPr>
        <w:t xml:space="preserve"> de participer en qualité de représentant officiel de notre organisation au Groupe de travail gouvernemental d’AFRINIC (</w:t>
      </w:r>
      <w:proofErr w:type="spellStart"/>
      <w:r w:rsidRPr="00436734">
        <w:rPr>
          <w:rFonts w:ascii="Arial" w:eastAsia="Liberation Sans" w:hAnsi="Arial" w:cs="Arial"/>
          <w:sz w:val="22"/>
          <w:lang w:val="fr-FR"/>
        </w:rPr>
        <w:t>AfGWG</w:t>
      </w:r>
      <w:proofErr w:type="spellEnd"/>
      <w:r w:rsidRPr="00436734">
        <w:rPr>
          <w:rFonts w:ascii="Arial" w:eastAsia="Liberation Sans" w:hAnsi="Arial" w:cs="Arial"/>
          <w:sz w:val="22"/>
          <w:lang w:val="fr-FR"/>
        </w:rPr>
        <w:t>).</w:t>
      </w:r>
    </w:p>
    <w:p w14:paraId="4F09DAC8" w14:textId="77777777" w:rsidR="007F4C76" w:rsidRPr="00436734" w:rsidRDefault="00000000" w:rsidP="00436734">
      <w:pPr>
        <w:jc w:val="both"/>
        <w:rPr>
          <w:rFonts w:ascii="Arial" w:hAnsi="Arial" w:cs="Arial"/>
          <w:sz w:val="22"/>
          <w:lang w:val="fr-FR"/>
        </w:rPr>
      </w:pPr>
      <w:r w:rsidRPr="00436734">
        <w:rPr>
          <w:rFonts w:ascii="Arial" w:eastAsia="Liberation Sans" w:hAnsi="Arial" w:cs="Arial"/>
          <w:sz w:val="22"/>
          <w:lang w:val="fr-FR"/>
        </w:rPr>
        <w:t>Nous confirmons que la personne susmentionnée dispose du mandat institutionnel nécessaire pour participer, au nom de notre organisation et dans le cadre de ses responsabilités, aux activités, discussions, consultations, réunions et autres initiatives connexes de l’</w:t>
      </w:r>
      <w:proofErr w:type="spellStart"/>
      <w:r w:rsidRPr="00436734">
        <w:rPr>
          <w:rFonts w:ascii="Arial" w:eastAsia="Liberation Sans" w:hAnsi="Arial" w:cs="Arial"/>
          <w:sz w:val="22"/>
          <w:lang w:val="fr-FR"/>
        </w:rPr>
        <w:t>AfGWG</w:t>
      </w:r>
      <w:proofErr w:type="spellEnd"/>
      <w:r w:rsidRPr="00436734">
        <w:rPr>
          <w:rFonts w:ascii="Arial" w:eastAsia="Liberation Sans" w:hAnsi="Arial" w:cs="Arial"/>
          <w:sz w:val="22"/>
          <w:lang w:val="fr-FR"/>
        </w:rPr>
        <w:t>.</w:t>
      </w:r>
    </w:p>
    <w:p w14:paraId="481AFF53" w14:textId="77777777" w:rsidR="007F4C76" w:rsidRPr="00436734" w:rsidRDefault="00000000" w:rsidP="00436734">
      <w:pPr>
        <w:jc w:val="both"/>
        <w:rPr>
          <w:rFonts w:ascii="Arial" w:hAnsi="Arial" w:cs="Arial"/>
          <w:sz w:val="22"/>
          <w:lang w:val="fr-FR"/>
        </w:rPr>
      </w:pPr>
      <w:r w:rsidRPr="00436734">
        <w:rPr>
          <w:rFonts w:ascii="Arial" w:eastAsia="Liberation Sans" w:hAnsi="Arial" w:cs="Arial"/>
          <w:sz w:val="22"/>
          <w:lang w:val="fr-FR"/>
        </w:rPr>
        <w:t>Nous reconnaissons l’</w:t>
      </w:r>
      <w:proofErr w:type="spellStart"/>
      <w:r w:rsidRPr="00436734">
        <w:rPr>
          <w:rFonts w:ascii="Arial" w:eastAsia="Liberation Sans" w:hAnsi="Arial" w:cs="Arial"/>
          <w:sz w:val="22"/>
          <w:lang w:val="fr-FR"/>
        </w:rPr>
        <w:t>AfGWG</w:t>
      </w:r>
      <w:proofErr w:type="spellEnd"/>
      <w:r w:rsidRPr="00436734">
        <w:rPr>
          <w:rFonts w:ascii="Arial" w:eastAsia="Liberation Sans" w:hAnsi="Arial" w:cs="Arial"/>
          <w:sz w:val="22"/>
          <w:lang w:val="fr-FR"/>
        </w:rPr>
        <w:t xml:space="preserve"> comme une plateforme de dialogue et de collaboration entre les gouvernements africains, les régulateurs, les institutions du secteur public et AFRINIC sur les questions relatives aux ressources numériques Internet, à la gouvernance de l’Internet, au développement numérique et au renforcement de l’écosystème Internet africain.</w:t>
      </w:r>
    </w:p>
    <w:p w14:paraId="4EC1F6BB" w14:textId="77777777" w:rsidR="007F4C76" w:rsidRPr="00436734" w:rsidRDefault="00000000" w:rsidP="00436734">
      <w:pPr>
        <w:jc w:val="both"/>
        <w:rPr>
          <w:rFonts w:ascii="Arial" w:hAnsi="Arial" w:cs="Arial"/>
          <w:sz w:val="22"/>
          <w:lang w:val="fr-FR"/>
        </w:rPr>
      </w:pPr>
      <w:r w:rsidRPr="00436734">
        <w:rPr>
          <w:rFonts w:ascii="Arial" w:eastAsia="Liberation Sans" w:hAnsi="Arial" w:cs="Arial"/>
          <w:sz w:val="22"/>
          <w:lang w:val="fr-FR"/>
        </w:rPr>
        <w:t>Nous soutenons par conséquent [M./Mme/Dr Nom complet] dans sa contribution aux travaux de l’</w:t>
      </w:r>
      <w:proofErr w:type="spellStart"/>
      <w:r w:rsidRPr="00436734">
        <w:rPr>
          <w:rFonts w:ascii="Arial" w:eastAsia="Liberation Sans" w:hAnsi="Arial" w:cs="Arial"/>
          <w:sz w:val="22"/>
          <w:lang w:val="fr-FR"/>
        </w:rPr>
        <w:t>AfGWG</w:t>
      </w:r>
      <w:proofErr w:type="spellEnd"/>
      <w:r w:rsidRPr="00436734">
        <w:rPr>
          <w:rFonts w:ascii="Arial" w:eastAsia="Liberation Sans" w:hAnsi="Arial" w:cs="Arial"/>
          <w:sz w:val="22"/>
          <w:lang w:val="fr-FR"/>
        </w:rPr>
        <w:t xml:space="preserve"> ainsi que dans la facilitation, lorsque cela est nécessaire, de la communication entre l’</w:t>
      </w:r>
      <w:proofErr w:type="spellStart"/>
      <w:r w:rsidRPr="00436734">
        <w:rPr>
          <w:rFonts w:ascii="Arial" w:eastAsia="Liberation Sans" w:hAnsi="Arial" w:cs="Arial"/>
          <w:sz w:val="22"/>
          <w:lang w:val="fr-FR"/>
        </w:rPr>
        <w:t>AfGWG</w:t>
      </w:r>
      <w:proofErr w:type="spellEnd"/>
      <w:r w:rsidRPr="00436734">
        <w:rPr>
          <w:rFonts w:ascii="Arial" w:eastAsia="Liberation Sans" w:hAnsi="Arial" w:cs="Arial"/>
          <w:sz w:val="22"/>
          <w:lang w:val="fr-FR"/>
        </w:rPr>
        <w:t xml:space="preserve"> et notre organisation.</w:t>
      </w:r>
    </w:p>
    <w:p w14:paraId="02234D23" w14:textId="77777777" w:rsidR="007F4C76" w:rsidRPr="00436734" w:rsidRDefault="00000000" w:rsidP="00436734">
      <w:pPr>
        <w:jc w:val="both"/>
        <w:rPr>
          <w:rFonts w:ascii="Arial" w:hAnsi="Arial" w:cs="Arial"/>
          <w:sz w:val="22"/>
          <w:lang w:val="fr-FR"/>
        </w:rPr>
      </w:pPr>
      <w:r w:rsidRPr="00436734">
        <w:rPr>
          <w:rFonts w:ascii="Arial" w:eastAsia="Liberation Sans" w:hAnsi="Arial" w:cs="Arial"/>
          <w:sz w:val="22"/>
          <w:lang w:val="fr-FR"/>
        </w:rPr>
        <w:t>La présente nomination restera valable jusqu’à ce que notre organisation en décide autrement et en informe officiellement le Secrétariat de l’</w:t>
      </w:r>
      <w:proofErr w:type="spellStart"/>
      <w:r w:rsidRPr="00436734">
        <w:rPr>
          <w:rFonts w:ascii="Arial" w:eastAsia="Liberation Sans" w:hAnsi="Arial" w:cs="Arial"/>
          <w:sz w:val="22"/>
          <w:lang w:val="fr-FR"/>
        </w:rPr>
        <w:t>AfGWG</w:t>
      </w:r>
      <w:proofErr w:type="spellEnd"/>
      <w:r w:rsidRPr="00436734">
        <w:rPr>
          <w:rFonts w:ascii="Arial" w:eastAsia="Liberation Sans" w:hAnsi="Arial" w:cs="Arial"/>
          <w:sz w:val="22"/>
          <w:lang w:val="fr-FR"/>
        </w:rPr>
        <w:t>.</w:t>
      </w:r>
    </w:p>
    <w:p w14:paraId="1F52EC18" w14:textId="4145A027" w:rsidR="007F4C76" w:rsidRPr="00436734" w:rsidRDefault="00436734" w:rsidP="00436734">
      <w:pPr>
        <w:jc w:val="both"/>
        <w:rPr>
          <w:rFonts w:ascii="Arial" w:hAnsi="Arial" w:cs="Arial"/>
          <w:sz w:val="22"/>
          <w:lang w:val="fr-FR"/>
        </w:rPr>
      </w:pPr>
      <w:r w:rsidRPr="00436734">
        <w:rPr>
          <w:rFonts w:ascii="Arial" w:eastAsia="Liberation Sans" w:hAnsi="Arial" w:cs="Arial"/>
          <w:sz w:val="22"/>
          <w:lang w:val="fr-FR"/>
        </w:rPr>
        <w:br/>
        <w:t>Pour toute information complémentaire concernant cette nomination, nous restons à votre disposition.</w:t>
      </w:r>
    </w:p>
    <w:p w14:paraId="4B3806EC" w14:textId="592D7DF2" w:rsidR="007F4C76" w:rsidRPr="00436734" w:rsidRDefault="00436734" w:rsidP="00436734">
      <w:pPr>
        <w:jc w:val="both"/>
        <w:rPr>
          <w:rFonts w:ascii="Arial" w:hAnsi="Arial" w:cs="Arial"/>
          <w:sz w:val="22"/>
          <w:lang w:val="fr-FR"/>
        </w:rPr>
      </w:pPr>
      <w:r w:rsidRPr="00436734">
        <w:rPr>
          <w:rFonts w:ascii="Arial" w:eastAsia="Liberation Sans" w:hAnsi="Arial" w:cs="Arial"/>
          <w:sz w:val="22"/>
          <w:lang w:val="fr-FR"/>
        </w:rPr>
        <w:br/>
        <w:t>Veuillez agréer, Madame, Monsieur, l’expression de nos salutations distinguées.</w:t>
      </w:r>
    </w:p>
    <w:p w14:paraId="3F6E710A" w14:textId="2908FF0E" w:rsidR="007F4C76" w:rsidRPr="00436734" w:rsidRDefault="00436734" w:rsidP="00436734">
      <w:pPr>
        <w:spacing w:after="20"/>
        <w:jc w:val="both"/>
        <w:rPr>
          <w:rFonts w:ascii="Arial" w:hAnsi="Arial" w:cs="Arial"/>
          <w:sz w:val="22"/>
          <w:lang w:val="fr-FR"/>
        </w:rPr>
      </w:pPr>
      <w:r w:rsidRPr="00436734">
        <w:rPr>
          <w:rFonts w:ascii="Arial" w:eastAsia="Liberation Sans" w:hAnsi="Arial" w:cs="Arial"/>
          <w:b/>
          <w:sz w:val="22"/>
          <w:lang w:val="fr-FR"/>
        </w:rPr>
        <w:br/>
        <w:t>[Nom du Haut Responsable / Supérieur hiérarchique]</w:t>
      </w:r>
    </w:p>
    <w:p w14:paraId="0AF3564A" w14:textId="77777777" w:rsidR="007F4C76" w:rsidRPr="00436734" w:rsidRDefault="00000000" w:rsidP="00436734">
      <w:pPr>
        <w:spacing w:after="20"/>
        <w:jc w:val="both"/>
        <w:rPr>
          <w:rFonts w:ascii="Arial" w:hAnsi="Arial" w:cs="Arial"/>
          <w:sz w:val="22"/>
          <w:lang w:val="fr-FR"/>
        </w:rPr>
      </w:pPr>
      <w:r w:rsidRPr="00436734">
        <w:rPr>
          <w:rFonts w:ascii="Arial" w:eastAsia="Liberation Sans" w:hAnsi="Arial" w:cs="Arial"/>
          <w:sz w:val="22"/>
          <w:lang w:val="fr-FR"/>
        </w:rPr>
        <w:t>[Titre officiel]</w:t>
      </w:r>
    </w:p>
    <w:p w14:paraId="34421D90" w14:textId="77777777" w:rsidR="007F4C76" w:rsidRPr="00436734" w:rsidRDefault="00000000" w:rsidP="00436734">
      <w:pPr>
        <w:spacing w:after="20"/>
        <w:jc w:val="both"/>
        <w:rPr>
          <w:rFonts w:ascii="Arial" w:hAnsi="Arial" w:cs="Arial"/>
          <w:sz w:val="22"/>
          <w:lang w:val="fr-FR"/>
        </w:rPr>
      </w:pPr>
      <w:r w:rsidRPr="00436734">
        <w:rPr>
          <w:rFonts w:ascii="Arial" w:eastAsia="Liberation Sans" w:hAnsi="Arial" w:cs="Arial"/>
          <w:sz w:val="22"/>
          <w:lang w:val="fr-FR"/>
        </w:rPr>
        <w:t>[Organisation]</w:t>
      </w:r>
    </w:p>
    <w:p w14:paraId="6774FE7E" w14:textId="77777777" w:rsidR="007F4C76" w:rsidRPr="00436734" w:rsidRDefault="00000000" w:rsidP="00436734">
      <w:pPr>
        <w:spacing w:after="20"/>
        <w:jc w:val="both"/>
        <w:rPr>
          <w:rFonts w:ascii="Arial" w:hAnsi="Arial" w:cs="Arial"/>
          <w:sz w:val="22"/>
          <w:lang w:val="fr-FR"/>
        </w:rPr>
      </w:pPr>
      <w:r w:rsidRPr="00436734">
        <w:rPr>
          <w:rFonts w:ascii="Arial" w:eastAsia="Liberation Sans" w:hAnsi="Arial" w:cs="Arial"/>
          <w:sz w:val="22"/>
          <w:lang w:val="fr-FR"/>
        </w:rPr>
        <w:t>[Pays]</w:t>
      </w:r>
    </w:p>
    <w:p w14:paraId="0E54182B" w14:textId="77777777" w:rsidR="007F4C76" w:rsidRPr="00436734" w:rsidRDefault="007F4C76" w:rsidP="00436734">
      <w:pPr>
        <w:spacing w:after="40"/>
        <w:jc w:val="both"/>
        <w:rPr>
          <w:rFonts w:ascii="Arial" w:hAnsi="Arial" w:cs="Arial"/>
          <w:sz w:val="22"/>
          <w:lang w:val="fr-FR"/>
        </w:rPr>
      </w:pPr>
    </w:p>
    <w:p w14:paraId="4B2FEEC8" w14:textId="77777777" w:rsidR="007F4C76" w:rsidRPr="00436734" w:rsidRDefault="00000000" w:rsidP="00436734">
      <w:pPr>
        <w:spacing w:after="20"/>
        <w:jc w:val="both"/>
        <w:rPr>
          <w:rFonts w:ascii="Arial" w:hAnsi="Arial" w:cs="Arial"/>
          <w:sz w:val="22"/>
          <w:lang w:val="fr-FR"/>
        </w:rPr>
      </w:pPr>
      <w:r w:rsidRPr="00436734">
        <w:rPr>
          <w:rFonts w:ascii="Arial" w:eastAsia="Liberation Sans" w:hAnsi="Arial" w:cs="Arial"/>
          <w:sz w:val="22"/>
          <w:lang w:val="fr-FR"/>
        </w:rPr>
        <w:t>Signature : __________________________</w:t>
      </w:r>
    </w:p>
    <w:sectPr w:rsidR="007F4C76" w:rsidSect="00034616">
      <w:pgSz w:w="12240" w:h="15840"/>
      <w:pgMar w:top="765" w:right="992" w:bottom="765"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Noto Sans Arabic">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3744174">
    <w:abstractNumId w:val="8"/>
  </w:num>
  <w:num w:numId="2" w16cid:durableId="373236109">
    <w:abstractNumId w:val="6"/>
  </w:num>
  <w:num w:numId="3" w16cid:durableId="614561202">
    <w:abstractNumId w:val="5"/>
  </w:num>
  <w:num w:numId="4" w16cid:durableId="1504585073">
    <w:abstractNumId w:val="4"/>
  </w:num>
  <w:num w:numId="5" w16cid:durableId="1287010179">
    <w:abstractNumId w:val="7"/>
  </w:num>
  <w:num w:numId="6" w16cid:durableId="194512973">
    <w:abstractNumId w:val="3"/>
  </w:num>
  <w:num w:numId="7" w16cid:durableId="1540361417">
    <w:abstractNumId w:val="2"/>
  </w:num>
  <w:num w:numId="8" w16cid:durableId="276061297">
    <w:abstractNumId w:val="1"/>
  </w:num>
  <w:num w:numId="9" w16cid:durableId="16787721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5F9A"/>
    <w:rsid w:val="0029639D"/>
    <w:rsid w:val="00326F90"/>
    <w:rsid w:val="003B55DA"/>
    <w:rsid w:val="00420438"/>
    <w:rsid w:val="00436734"/>
    <w:rsid w:val="007F4C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4E616C"/>
  <w14:defaultImageDpi w14:val="300"/>
  <w15:docId w15:val="{21F9BCDE-6FFC-524E-B4F2-B9D239200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Liberation Sans" w:hAnsi="Liberation San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AFRINIC</Company>
  <LinksUpToDate>false</LinksUpToDate>
  <CharactersWithSpaces>7964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AfGWG Formal Membership nomination letter</dc:title>
  <dc:subject/>
  <dc:creator>Arthur N.</dc:creator>
  <cp:keywords/>
  <dc:description/>
  <cp:lastModifiedBy>wayne Gurunaden</cp:lastModifiedBy>
  <cp:revision>3</cp:revision>
  <dcterms:created xsi:type="dcterms:W3CDTF">2026-09-10T06:58:00Z</dcterms:created>
  <dcterms:modified xsi:type="dcterms:W3CDTF">2026-09-10T16:24:00Z</dcterms:modified>
  <cp:category/>
</cp:coreProperties>
</file>