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421424" w14:textId="77777777" w:rsidR="007F4C76" w:rsidRPr="00436734" w:rsidRDefault="00000000">
      <w:pPr>
        <w:spacing w:after="140"/>
        <w:jc w:val="center"/>
        <w:rPr>
          <w:rFonts w:hint="eastAsia"/>
          <w:lang w:val="fr-FR"/>
        </w:rPr>
      </w:pPr>
      <w:r w:rsidRPr="00436734">
        <w:rPr>
          <w:rFonts w:eastAsia="Liberation Sans" w:cs="Liberation Sans"/>
          <w:b/>
          <w:sz w:val="26"/>
          <w:lang w:val="fr-FR"/>
        </w:rPr>
        <w:lastRenderedPageBreak/>
        <w:t xml:space="preserve">Carta de </w:t>
      </w:r>
      <w:proofErr w:type="spellStart"/>
      <w:r w:rsidRPr="00436734">
        <w:rPr>
          <w:rFonts w:eastAsia="Liberation Sans" w:cs="Liberation Sans"/>
          <w:b/>
          <w:sz w:val="26"/>
          <w:lang w:val="fr-FR"/>
        </w:rPr>
        <w:t>Nomeação</w:t>
      </w:r>
      <w:proofErr w:type="spellEnd"/>
      <w:r w:rsidRPr="00436734">
        <w:rPr>
          <w:rFonts w:eastAsia="Liberation Sans" w:cs="Liberation Sans"/>
          <w:b/>
          <w:sz w:val="26"/>
          <w:lang w:val="fr-FR"/>
        </w:rPr>
        <w:t xml:space="preserve"> / </w:t>
      </w:r>
      <w:proofErr w:type="spellStart"/>
      <w:r w:rsidRPr="00436734">
        <w:rPr>
          <w:rFonts w:eastAsia="Liberation Sans" w:cs="Liberation Sans"/>
          <w:b/>
          <w:sz w:val="26"/>
          <w:lang w:val="fr-FR"/>
        </w:rPr>
        <w:t>Endosso</w:t>
      </w:r>
      <w:proofErr w:type="spellEnd"/>
      <w:r w:rsidRPr="00436734">
        <w:rPr>
          <w:rFonts w:eastAsia="Liberation Sans" w:cs="Liberation Sans"/>
          <w:b/>
          <w:sz w:val="26"/>
          <w:lang w:val="fr-FR"/>
        </w:rPr>
        <w:t xml:space="preserve"> para Adesão Formal ao </w:t>
      </w:r>
      <w:proofErr w:type="spellStart"/>
      <w:r w:rsidRPr="00436734">
        <w:rPr>
          <w:rFonts w:eastAsia="Liberation Sans" w:cs="Liberation Sans"/>
          <w:b/>
          <w:sz w:val="26"/>
          <w:lang w:val="fr-FR"/>
        </w:rPr>
        <w:t>AfGWG</w:t>
      </w:r>
      <w:proofErr w:type="spellEnd"/>
    </w:p>
    <w:p w14:paraId="0A0B7163" w14:textId="77777777" w:rsidR="007F4C76" w:rsidRDefault="00000000">
      <w:pPr>
        <w:spacing w:after="120"/>
        <w:jc w:val="center"/>
        <w:rPr>
          <w:rFonts w:hint="eastAsia"/>
        </w:rPr>
      </w:pPr>
      <w:r>
        <w:rPr>
          <w:rFonts w:eastAsia="Liberation Sans" w:cs="Liberation Sans"/>
          <w:b/>
          <w:sz w:val="19"/>
        </w:rPr>
        <w:t>[CABEÇALHO OFICIAL DA ORGANIZAÇÃO]</w:t>
      </w:r>
    </w:p>
    <w:p w14:paraId="7409A14D" w14:textId="77777777" w:rsidR="007F4C76" w:rsidRPr="00436734" w:rsidRDefault="00000000">
      <w:pPr>
        <w:spacing w:after="10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Data: [DD Mês AAAA]</w:t>
      </w:r>
    </w:p>
    <w:p w14:paraId="307E0BF9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b/>
          <w:sz w:val="22"/>
        </w:rPr>
        <w:t>À atenção de:</w:t>
      </w:r>
    </w:p>
    <w:p w14:paraId="6E9E12D1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Secretariado do AfGWG</w:t>
      </w:r>
    </w:p>
    <w:p w14:paraId="4144C114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AFRINIC</w:t>
      </w:r>
    </w:p>
    <w:p w14:paraId="05AFFE5A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11.º Andar, Standard Chartered Tower</w:t>
      </w:r>
    </w:p>
    <w:p w14:paraId="4BBD6D41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Cybercity, Ebene</w:t>
      </w:r>
    </w:p>
    <w:p w14:paraId="3D15370C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Maurícia</w:t>
      </w:r>
    </w:p>
    <w:p w14:paraId="08DC31CF" w14:textId="77777777" w:rsidR="00436734" w:rsidRPr="00436734" w:rsidRDefault="00436734">
      <w:pPr>
        <w:spacing w:before="80" w:after="100"/>
        <w:rPr>
          <w:rFonts w:ascii="Arial" w:eastAsia="Liberation Sans" w:hAnsi="Arial" w:cs="Arial"/>
          <w:b/>
          <w:sz w:val="22"/>
        </w:rPr>
      </w:pPr>
    </w:p>
    <w:p w14:paraId="71ED986E" w14:textId="23DDA3A8" w:rsidR="007F4C76" w:rsidRPr="00436734" w:rsidRDefault="00000000">
      <w:pPr>
        <w:spacing w:before="80" w:after="100"/>
        <w:rPr>
          <w:rFonts w:ascii="Arial" w:hAnsi="Arial" w:cs="Arial"/>
          <w:sz w:val="22"/>
        </w:rPr>
      </w:pPr>
      <w:proofErr w:type="spellStart"/>
      <w:r w:rsidRPr="00436734">
        <w:rPr>
          <w:rFonts w:ascii="Arial" w:eastAsia="Liberation Sans" w:hAnsi="Arial" w:cs="Arial"/>
          <w:b/>
          <w:sz w:val="22"/>
        </w:rPr>
        <w:t>Assunto</w:t>
      </w:r>
      <w:proofErr w:type="spellEnd"/>
      <w:r w:rsidRPr="00436734">
        <w:rPr>
          <w:rFonts w:ascii="Arial" w:eastAsia="Liberation Sans" w:hAnsi="Arial" w:cs="Arial"/>
          <w:b/>
          <w:sz w:val="22"/>
        </w:rPr>
        <w:t xml:space="preserve">: </w:t>
      </w:r>
      <w:proofErr w:type="spellStart"/>
      <w:r w:rsidRPr="00436734">
        <w:rPr>
          <w:rFonts w:ascii="Arial" w:eastAsia="Liberation Sans" w:hAnsi="Arial" w:cs="Arial"/>
          <w:b/>
          <w:sz w:val="22"/>
        </w:rPr>
        <w:t>Nomeação</w:t>
      </w:r>
      <w:proofErr w:type="spellEnd"/>
      <w:r w:rsidRPr="00436734">
        <w:rPr>
          <w:rFonts w:ascii="Arial" w:eastAsia="Liberation Sans" w:hAnsi="Arial" w:cs="Arial"/>
          <w:b/>
          <w:sz w:val="22"/>
        </w:rPr>
        <w:t xml:space="preserve"> / </w:t>
      </w:r>
      <w:proofErr w:type="spellStart"/>
      <w:r w:rsidRPr="00436734">
        <w:rPr>
          <w:rFonts w:ascii="Arial" w:eastAsia="Liberation Sans" w:hAnsi="Arial" w:cs="Arial"/>
          <w:b/>
          <w:sz w:val="22"/>
        </w:rPr>
        <w:t>Endosso</w:t>
      </w:r>
      <w:proofErr w:type="spellEnd"/>
      <w:r w:rsidRPr="00436734">
        <w:rPr>
          <w:rFonts w:ascii="Arial" w:eastAsia="Liberation Sans" w:hAnsi="Arial" w:cs="Arial"/>
          <w:b/>
          <w:sz w:val="22"/>
        </w:rPr>
        <w:t xml:space="preserve"> para Adesão Formal ao Grupo de Trabalho Governamental da AFRINIC (AfGWG)</w:t>
      </w:r>
    </w:p>
    <w:p w14:paraId="3C71564B" w14:textId="77777777" w:rsidR="00436734" w:rsidRPr="00436734" w:rsidRDefault="00436734">
      <w:pPr>
        <w:spacing w:after="80"/>
        <w:rPr>
          <w:rFonts w:ascii="Arial" w:eastAsia="Liberation Sans" w:hAnsi="Arial" w:cs="Arial"/>
          <w:sz w:val="22"/>
        </w:rPr>
      </w:pPr>
    </w:p>
    <w:p w14:paraId="42FDA255" w14:textId="2A55E650" w:rsidR="007F4C76" w:rsidRPr="00436734" w:rsidRDefault="00000000">
      <w:pPr>
        <w:spacing w:after="80"/>
        <w:rPr>
          <w:rFonts w:ascii="Arial" w:hAnsi="Arial" w:cs="Arial"/>
          <w:sz w:val="22"/>
        </w:rPr>
      </w:pPr>
      <w:proofErr w:type="spellStart"/>
      <w:r w:rsidRPr="00436734">
        <w:rPr>
          <w:rFonts w:ascii="Arial" w:eastAsia="Liberation Sans" w:hAnsi="Arial" w:cs="Arial"/>
          <w:sz w:val="22"/>
        </w:rPr>
        <w:t>Exmos</w:t>
      </w:r>
      <w:proofErr w:type="spellEnd"/>
      <w:r w:rsidRPr="00436734">
        <w:rPr>
          <w:rFonts w:ascii="Arial" w:eastAsia="Liberation Sans" w:hAnsi="Arial" w:cs="Arial"/>
          <w:sz w:val="22"/>
        </w:rPr>
        <w:t>. Senhores,</w:t>
      </w:r>
    </w:p>
    <w:p w14:paraId="17495FC9" w14:textId="77777777" w:rsidR="007F4C76" w:rsidRPr="00436734" w:rsidRDefault="00000000">
      <w:pPr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Em nome de [Nome do Ministério / Entidade Reguladora / Instituição Governamental / Organização do Setor Público], tenho o prazer de nomear e endossar formalmente:</w:t>
      </w:r>
    </w:p>
    <w:p w14:paraId="74EC71BE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Nome completo: [Nome completo do candidato]</w:t>
      </w:r>
    </w:p>
    <w:p w14:paraId="48F56172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Cargo: [Título do cargo]</w:t>
      </w:r>
    </w:p>
    <w:p w14:paraId="342FC862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Departamento/Direção: [Departamento, se aplicável]</w:t>
      </w:r>
    </w:p>
    <w:p w14:paraId="03896340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Organização: [Nome da organização]</w:t>
      </w:r>
    </w:p>
    <w:p w14:paraId="54D9DB3B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País: [País]</w:t>
      </w:r>
    </w:p>
    <w:p w14:paraId="061CE20B" w14:textId="77777777" w:rsidR="007F4C76" w:rsidRPr="00436734" w:rsidRDefault="00000000">
      <w:pPr>
        <w:spacing w:before="20" w:after="20"/>
        <w:rPr>
          <w:rFonts w:ascii="Arial" w:hAnsi="Arial" w:cs="Arial"/>
          <w:sz w:val="22"/>
          <w:lang w:val="fr-FR"/>
        </w:rPr>
      </w:pPr>
      <w:proofErr w:type="gramStart"/>
      <w:r w:rsidRPr="00436734">
        <w:rPr>
          <w:rFonts w:ascii="Arial" w:eastAsia="Liberation Sans" w:hAnsi="Arial" w:cs="Arial"/>
          <w:sz w:val="22"/>
          <w:lang w:val="fr-FR"/>
        </w:rPr>
        <w:t>E-mail</w:t>
      </w:r>
      <w:proofErr w:type="gram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proofErr w:type="gramStart"/>
      <w:r w:rsidRPr="00436734">
        <w:rPr>
          <w:rFonts w:ascii="Arial" w:eastAsia="Liberation Sans" w:hAnsi="Arial" w:cs="Arial"/>
          <w:sz w:val="22"/>
          <w:lang w:val="fr-FR"/>
        </w:rPr>
        <w:t>institucional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>:</w:t>
      </w:r>
      <w:proofErr w:type="gramEnd"/>
      <w:r w:rsidRPr="00436734">
        <w:rPr>
          <w:rFonts w:ascii="Arial" w:eastAsia="Liberation Sans" w:hAnsi="Arial" w:cs="Arial"/>
          <w:sz w:val="22"/>
          <w:lang w:val="fr-FR"/>
        </w:rPr>
        <w:t xml:space="preserve"> [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Endereço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gramStart"/>
      <w:r w:rsidRPr="00436734">
        <w:rPr>
          <w:rFonts w:ascii="Arial" w:eastAsia="Liberation Sans" w:hAnsi="Arial" w:cs="Arial"/>
          <w:sz w:val="22"/>
          <w:lang w:val="fr-FR"/>
        </w:rPr>
        <w:t>de e-mail</w:t>
      </w:r>
      <w:proofErr w:type="gramEnd"/>
      <w:r w:rsidRPr="00436734">
        <w:rPr>
          <w:rFonts w:ascii="Arial" w:eastAsia="Liberation Sans" w:hAnsi="Arial" w:cs="Arial"/>
          <w:sz w:val="22"/>
          <w:lang w:val="fr-FR"/>
        </w:rPr>
        <w:t>]</w:t>
      </w:r>
    </w:p>
    <w:p w14:paraId="4EDED172" w14:textId="77777777" w:rsidR="007F4C76" w:rsidRPr="00436734" w:rsidRDefault="007F4C76">
      <w:pPr>
        <w:spacing w:after="20"/>
        <w:rPr>
          <w:rFonts w:ascii="Arial" w:hAnsi="Arial" w:cs="Arial"/>
          <w:sz w:val="22"/>
          <w:lang w:val="fr-FR"/>
        </w:rPr>
      </w:pPr>
    </w:p>
    <w:p w14:paraId="5515EA1D" w14:textId="77777777" w:rsidR="007F4C76" w:rsidRPr="00436734" w:rsidRDefault="00000000">
      <w:pPr>
        <w:rPr>
          <w:rFonts w:ascii="Arial" w:hAnsi="Arial" w:cs="Arial"/>
          <w:sz w:val="22"/>
          <w:lang w:val="fr-FR"/>
        </w:rPr>
      </w:pPr>
      <w:proofErr w:type="gramStart"/>
      <w:r w:rsidRPr="00436734">
        <w:rPr>
          <w:rFonts w:ascii="Arial" w:eastAsia="Liberation Sans" w:hAnsi="Arial" w:cs="Arial"/>
          <w:sz w:val="22"/>
          <w:lang w:val="fr-FR"/>
        </w:rPr>
        <w:t>para</w:t>
      </w:r>
      <w:proofErr w:type="gram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participar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como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representante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oficial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da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nossa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organização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no Grupo de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Trabalho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Governamental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da AFRINIC (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AfGWG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>).</w:t>
      </w:r>
    </w:p>
    <w:p w14:paraId="44C3435C" w14:textId="77777777" w:rsidR="007F4C76" w:rsidRPr="00436734" w:rsidRDefault="00000000">
      <w:pPr>
        <w:rPr>
          <w:rFonts w:ascii="Arial" w:hAnsi="Arial" w:cs="Arial"/>
          <w:sz w:val="22"/>
          <w:lang w:val="fr-FR"/>
        </w:rPr>
      </w:pP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Confirmamos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gramStart"/>
      <w:r w:rsidRPr="00436734">
        <w:rPr>
          <w:rFonts w:ascii="Arial" w:eastAsia="Liberation Sans" w:hAnsi="Arial" w:cs="Arial"/>
          <w:sz w:val="22"/>
          <w:lang w:val="fr-FR"/>
        </w:rPr>
        <w:t>que a</w:t>
      </w:r>
      <w:proofErr w:type="gram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pessoa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acima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mencionada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possui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mandato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institucional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necessário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para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participar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,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em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nome da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nossa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organização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e no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âmbito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das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suas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responsabilidades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,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nas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atividades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,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discussões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, consultas,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reuniões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e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demais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iniciativas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relacionadas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com 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AfGWG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>.</w:t>
      </w:r>
    </w:p>
    <w:p w14:paraId="11FBFEAF" w14:textId="77777777" w:rsidR="007F4C76" w:rsidRPr="00436734" w:rsidRDefault="00000000">
      <w:pPr>
        <w:rPr>
          <w:rFonts w:ascii="Arial" w:hAnsi="Arial" w:cs="Arial"/>
          <w:sz w:val="22"/>
          <w:lang w:val="fr-FR"/>
        </w:rPr>
      </w:pP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Reconhecemos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AfGWG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como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uma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plataforma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de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diálogo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e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colaboração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entre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governos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africanos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,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entidades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reguladoras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,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instituições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setor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público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e a AFRINIC sobre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questões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relacionadas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com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recursos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numéricos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da Internet,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governação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da Internet,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desenvolvimento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digital e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fortalecimento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ecossistema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da Internet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em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África.</w:t>
      </w:r>
    </w:p>
    <w:p w14:paraId="0B664663" w14:textId="77777777" w:rsidR="007F4C76" w:rsidRPr="00436734" w:rsidRDefault="00000000">
      <w:pPr>
        <w:rPr>
          <w:rFonts w:ascii="Arial" w:hAnsi="Arial" w:cs="Arial"/>
          <w:sz w:val="22"/>
          <w:lang w:val="fr-FR"/>
        </w:rPr>
      </w:pPr>
      <w:r w:rsidRPr="00436734">
        <w:rPr>
          <w:rFonts w:ascii="Arial" w:eastAsia="Liberation Sans" w:hAnsi="Arial" w:cs="Arial"/>
          <w:sz w:val="22"/>
          <w:lang w:val="fr-FR"/>
        </w:rPr>
        <w:t xml:space="preserve">Por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conseguinte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,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apoiamos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[</w:t>
      </w:r>
      <w:proofErr w:type="gramStart"/>
      <w:r w:rsidRPr="00436734">
        <w:rPr>
          <w:rFonts w:ascii="Arial" w:eastAsia="Liberation Sans" w:hAnsi="Arial" w:cs="Arial"/>
          <w:sz w:val="22"/>
          <w:lang w:val="fr-FR"/>
        </w:rPr>
        <w:t>Sr./Sra./</w:t>
      </w:r>
      <w:proofErr w:type="gramEnd"/>
      <w:r w:rsidRPr="00436734">
        <w:rPr>
          <w:rFonts w:ascii="Arial" w:eastAsia="Liberation Sans" w:hAnsi="Arial" w:cs="Arial"/>
          <w:sz w:val="22"/>
          <w:lang w:val="fr-FR"/>
        </w:rPr>
        <w:t xml:space="preserve">Dr. Nome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completo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] na sua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contribuição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para os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trabalhos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AfGWG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e, sempre que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necessário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, na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facilitação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da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comunicação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entre 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AfGWG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e a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nossa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organização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>.</w:t>
      </w:r>
    </w:p>
    <w:p w14:paraId="6DA6EA07" w14:textId="77777777" w:rsidR="007F4C76" w:rsidRPr="00436734" w:rsidRDefault="00000000">
      <w:pPr>
        <w:rPr>
          <w:rFonts w:ascii="Arial" w:hAnsi="Arial" w:cs="Arial"/>
          <w:sz w:val="22"/>
          <w:lang w:val="fr-FR"/>
        </w:rPr>
      </w:pPr>
      <w:r w:rsidRPr="00436734">
        <w:rPr>
          <w:rFonts w:ascii="Arial" w:eastAsia="Liberation Sans" w:hAnsi="Arial" w:cs="Arial"/>
          <w:sz w:val="22"/>
          <w:lang w:val="fr-FR"/>
        </w:rPr>
        <w:t xml:space="preserve">Esta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nomeação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permanecerá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válida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até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gramStart"/>
      <w:r w:rsidRPr="00436734">
        <w:rPr>
          <w:rFonts w:ascii="Arial" w:eastAsia="Liberation Sans" w:hAnsi="Arial" w:cs="Arial"/>
          <w:sz w:val="22"/>
          <w:lang w:val="fr-FR"/>
        </w:rPr>
        <w:t>que a</w:t>
      </w:r>
      <w:proofErr w:type="gram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nossa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organização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comunique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oficialmente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qualquer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alteração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ao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Secretariado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AfGWG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>.</w:t>
      </w:r>
    </w:p>
    <w:p w14:paraId="3A488981" w14:textId="77777777" w:rsidR="00436734" w:rsidRDefault="00436734">
      <w:pPr>
        <w:rPr>
          <w:rFonts w:ascii="Arial" w:eastAsia="Liberation Sans" w:hAnsi="Arial" w:cs="Arial"/>
          <w:sz w:val="22"/>
          <w:lang w:val="fr-FR"/>
        </w:rPr>
      </w:pPr>
    </w:p>
    <w:p w14:paraId="376CF2DF" w14:textId="53DF583A" w:rsidR="007F4C76" w:rsidRPr="00436734" w:rsidRDefault="00000000">
      <w:pPr>
        <w:rPr>
          <w:rFonts w:ascii="Arial" w:hAnsi="Arial" w:cs="Arial"/>
          <w:sz w:val="22"/>
          <w:lang w:val="fr-FR"/>
        </w:rPr>
      </w:pPr>
      <w:r w:rsidRPr="00436734">
        <w:rPr>
          <w:rFonts w:ascii="Arial" w:eastAsia="Liberation Sans" w:hAnsi="Arial" w:cs="Arial"/>
          <w:sz w:val="22"/>
          <w:lang w:val="fr-FR"/>
        </w:rPr>
        <w:t xml:space="preserve">Caso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necessitem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de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informações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adicionais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relativamente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a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esta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nomeação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,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permanecemos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 xml:space="preserve"> à </w:t>
      </w:r>
      <w:proofErr w:type="spellStart"/>
      <w:r w:rsidRPr="00436734">
        <w:rPr>
          <w:rFonts w:ascii="Arial" w:eastAsia="Liberation Sans" w:hAnsi="Arial" w:cs="Arial"/>
          <w:sz w:val="22"/>
          <w:lang w:val="fr-FR"/>
        </w:rPr>
        <w:t>disposição</w:t>
      </w:r>
      <w:proofErr w:type="spellEnd"/>
      <w:r w:rsidRPr="00436734">
        <w:rPr>
          <w:rFonts w:ascii="Arial" w:eastAsia="Liberation Sans" w:hAnsi="Arial" w:cs="Arial"/>
          <w:sz w:val="22"/>
          <w:lang w:val="fr-FR"/>
        </w:rPr>
        <w:t>.</w:t>
      </w:r>
    </w:p>
    <w:p w14:paraId="55D7D3A6" w14:textId="77777777" w:rsidR="00436734" w:rsidRPr="00436734" w:rsidRDefault="00436734">
      <w:pPr>
        <w:rPr>
          <w:rFonts w:ascii="Arial" w:eastAsia="Liberation Sans" w:hAnsi="Arial" w:cs="Arial"/>
          <w:sz w:val="22"/>
          <w:lang w:val="fr-FR"/>
        </w:rPr>
      </w:pPr>
    </w:p>
    <w:p w14:paraId="69AE373E" w14:textId="4A345CC5" w:rsidR="007F4C76" w:rsidRPr="00436734" w:rsidRDefault="00000000">
      <w:pPr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 xml:space="preserve">Com </w:t>
      </w:r>
      <w:proofErr w:type="spellStart"/>
      <w:r w:rsidRPr="00436734">
        <w:rPr>
          <w:rFonts w:ascii="Arial" w:eastAsia="Liberation Sans" w:hAnsi="Arial" w:cs="Arial"/>
          <w:sz w:val="22"/>
        </w:rPr>
        <w:t>os</w:t>
      </w:r>
      <w:proofErr w:type="spellEnd"/>
      <w:r w:rsidRPr="00436734">
        <w:rPr>
          <w:rFonts w:ascii="Arial" w:eastAsia="Liberation Sans" w:hAnsi="Arial" w:cs="Arial"/>
          <w:sz w:val="22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</w:rPr>
        <w:t>melhores</w:t>
      </w:r>
      <w:proofErr w:type="spellEnd"/>
      <w:r w:rsidRPr="00436734">
        <w:rPr>
          <w:rFonts w:ascii="Arial" w:eastAsia="Liberation Sans" w:hAnsi="Arial" w:cs="Arial"/>
          <w:sz w:val="22"/>
        </w:rPr>
        <w:t xml:space="preserve"> </w:t>
      </w:r>
      <w:proofErr w:type="spellStart"/>
      <w:r w:rsidRPr="00436734">
        <w:rPr>
          <w:rFonts w:ascii="Arial" w:eastAsia="Liberation Sans" w:hAnsi="Arial" w:cs="Arial"/>
          <w:sz w:val="22"/>
        </w:rPr>
        <w:t>cumprimentos</w:t>
      </w:r>
      <w:proofErr w:type="spellEnd"/>
      <w:r w:rsidRPr="00436734">
        <w:rPr>
          <w:rFonts w:ascii="Arial" w:eastAsia="Liberation Sans" w:hAnsi="Arial" w:cs="Arial"/>
          <w:sz w:val="22"/>
        </w:rPr>
        <w:t>,</w:t>
      </w:r>
    </w:p>
    <w:p w14:paraId="74688508" w14:textId="77777777" w:rsidR="00436734" w:rsidRDefault="00436734">
      <w:pPr>
        <w:spacing w:after="20"/>
        <w:rPr>
          <w:rFonts w:ascii="Arial" w:eastAsia="Liberation Sans" w:hAnsi="Arial" w:cs="Arial"/>
          <w:b/>
          <w:sz w:val="22"/>
        </w:rPr>
      </w:pPr>
    </w:p>
    <w:p w14:paraId="5B8A2462" w14:textId="1262D3EA" w:rsidR="007F4C76" w:rsidRPr="00436734" w:rsidRDefault="00000000">
      <w:pPr>
        <w:spacing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b/>
          <w:sz w:val="22"/>
        </w:rPr>
        <w:t xml:space="preserve">[Nome do Alto </w:t>
      </w:r>
      <w:proofErr w:type="spellStart"/>
      <w:r w:rsidRPr="00436734">
        <w:rPr>
          <w:rFonts w:ascii="Arial" w:eastAsia="Liberation Sans" w:hAnsi="Arial" w:cs="Arial"/>
          <w:b/>
          <w:sz w:val="22"/>
        </w:rPr>
        <w:t>Responsável</w:t>
      </w:r>
      <w:proofErr w:type="spellEnd"/>
      <w:r w:rsidRPr="00436734">
        <w:rPr>
          <w:rFonts w:ascii="Arial" w:eastAsia="Liberation Sans" w:hAnsi="Arial" w:cs="Arial"/>
          <w:b/>
          <w:sz w:val="22"/>
        </w:rPr>
        <w:t xml:space="preserve"> / Superior </w:t>
      </w:r>
      <w:proofErr w:type="spellStart"/>
      <w:r w:rsidRPr="00436734">
        <w:rPr>
          <w:rFonts w:ascii="Arial" w:eastAsia="Liberation Sans" w:hAnsi="Arial" w:cs="Arial"/>
          <w:b/>
          <w:sz w:val="22"/>
        </w:rPr>
        <w:t>Hierárquico</w:t>
      </w:r>
      <w:proofErr w:type="spellEnd"/>
      <w:r w:rsidRPr="00436734">
        <w:rPr>
          <w:rFonts w:ascii="Arial" w:eastAsia="Liberation Sans" w:hAnsi="Arial" w:cs="Arial"/>
          <w:b/>
          <w:sz w:val="22"/>
        </w:rPr>
        <w:t>]</w:t>
      </w:r>
    </w:p>
    <w:p w14:paraId="5DA29BCA" w14:textId="77777777" w:rsidR="007F4C76" w:rsidRPr="00436734" w:rsidRDefault="00000000">
      <w:pPr>
        <w:spacing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[Cargo oficial]</w:t>
      </w:r>
    </w:p>
    <w:p w14:paraId="423F8C91" w14:textId="77777777" w:rsidR="007F4C76" w:rsidRPr="00436734" w:rsidRDefault="00000000">
      <w:pPr>
        <w:spacing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[Organização]</w:t>
      </w:r>
    </w:p>
    <w:p w14:paraId="1B007E01" w14:textId="77777777" w:rsidR="007F4C76" w:rsidRPr="00436734" w:rsidRDefault="00000000">
      <w:pPr>
        <w:spacing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[País]</w:t>
      </w:r>
    </w:p>
    <w:p w14:paraId="7CEEB258" w14:textId="77777777" w:rsidR="007F4C76" w:rsidRPr="00436734" w:rsidRDefault="007F4C76">
      <w:pPr>
        <w:spacing w:after="40"/>
        <w:rPr>
          <w:rFonts w:ascii="Arial" w:hAnsi="Arial" w:cs="Arial"/>
          <w:sz w:val="22"/>
        </w:rPr>
      </w:pPr>
    </w:p>
    <w:p w14:paraId="58EB4BDB" w14:textId="0BCFEAF0" w:rsidR="007F4C76" w:rsidRPr="00436734" w:rsidRDefault="00000000" w:rsidP="00436734">
      <w:pPr>
        <w:spacing w:after="20"/>
        <w:rPr>
          <w:rFonts w:ascii="Arial" w:hAnsi="Arial" w:cs="Arial"/>
          <w:sz w:val="22"/>
        </w:rPr>
      </w:pPr>
      <w:proofErr w:type="spellStart"/>
      <w:r w:rsidRPr="00436734">
        <w:rPr>
          <w:rFonts w:ascii="Arial" w:eastAsia="Liberation Sans" w:hAnsi="Arial" w:cs="Arial"/>
          <w:sz w:val="22"/>
        </w:rPr>
        <w:t>Assinatura</w:t>
      </w:r>
      <w:proofErr w:type="spellEnd"/>
      <w:r w:rsidRPr="00436734">
        <w:rPr>
          <w:rFonts w:ascii="Arial" w:eastAsia="Liberation Sans" w:hAnsi="Arial" w:cs="Arial"/>
          <w:sz w:val="22"/>
        </w:rPr>
        <w:t>: __________________________</w:t>
      </w:r>
      <w:r w:rsidRPr="00436734">
        <w:rPr>
          <w:lang w:val="fr-FR"/>
        </w:rPr>
        <w:br w:type="page"/>
      </w:r>
    </w:p>
    <w:sectPr w:rsidR="007F4C76" w:rsidSect="00034616">
      <w:pgSz w:w="12240" w:h="15840"/>
      <w:pgMar w:top="765" w:right="992" w:bottom="76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Noto Sans Arabic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3744174">
    <w:abstractNumId w:val="8"/>
  </w:num>
  <w:num w:numId="2" w16cid:durableId="373236109">
    <w:abstractNumId w:val="6"/>
  </w:num>
  <w:num w:numId="3" w16cid:durableId="614561202">
    <w:abstractNumId w:val="5"/>
  </w:num>
  <w:num w:numId="4" w16cid:durableId="1504585073">
    <w:abstractNumId w:val="4"/>
  </w:num>
  <w:num w:numId="5" w16cid:durableId="1287010179">
    <w:abstractNumId w:val="7"/>
  </w:num>
  <w:num w:numId="6" w16cid:durableId="194512973">
    <w:abstractNumId w:val="3"/>
  </w:num>
  <w:num w:numId="7" w16cid:durableId="1540361417">
    <w:abstractNumId w:val="2"/>
  </w:num>
  <w:num w:numId="8" w16cid:durableId="276061297">
    <w:abstractNumId w:val="1"/>
  </w:num>
  <w:num w:numId="9" w16cid:durableId="16787721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5F9A"/>
    <w:rsid w:val="0029639D"/>
    <w:rsid w:val="00326F90"/>
    <w:rsid w:val="003B55DA"/>
    <w:rsid w:val="00420438"/>
    <w:rsid w:val="00436734"/>
    <w:rsid w:val="007F4C7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4E616C"/>
  <w14:defaultImageDpi w14:val="300"/>
  <w15:docId w15:val="{21F9BCDE-6FFC-524E-B4F2-B9D23920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Liberation Sans" w:hAnsi="Liberation San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AFRINIC</Company>
  <LinksUpToDate>false</LinksUpToDate>
  <CharactersWithSpaces>7964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AfGWG Formal Membership nomination letter</dc:title>
  <dc:subject/>
  <dc:creator>Arthur N.</dc:creator>
  <cp:keywords/>
  <dc:description/>
  <cp:lastModifiedBy>wayne Gurunaden</cp:lastModifiedBy>
  <cp:revision>3</cp:revision>
  <dcterms:created xsi:type="dcterms:W3CDTF">2026-09-10T06:58:00Z</dcterms:created>
  <dcterms:modified xsi:type="dcterms:W3CDTF">2026-09-10T16:24:00Z</dcterms:modified>
  <cp:category/>
</cp:coreProperties>
</file>